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8B59A"/>
          <w:sz w:val="44"/>
        </w:rPr>
        <w:t>To-do List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[Date / project]</w:t>
      </w:r>
    </w:p>
    <w:p>
      <w:pPr>
        <w:pBdr>
          <w:bottom w:val="single" w:sz="12" w:space="1" w:color="28B59A"/>
        </w:pBd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6236"/>
        <w:gridCol w:w="1417"/>
        <w:gridCol w:w="1417"/>
      </w:tblGrid>
      <w:tr>
        <w:trPr>
          <w:trHeight w:val="454"/>
        </w:trPr>
        <w:tc>
          <w:tcPr>
            <w:tcW w:type="dxa" w:w="567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☐</w:t>
            </w:r>
          </w:p>
        </w:tc>
        <w:tc>
          <w:tcPr>
            <w:tcW w:type="dxa" w:w="6236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1417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Priority</w:t>
            </w:r>
          </w:p>
        </w:tc>
        <w:tc>
          <w:tcPr>
            <w:tcW w:type="dxa" w:w="1417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Due</w:t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56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6236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To-do list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