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3"/>
        <w:gridCol w:w="3402"/>
      </w:tblGrid>
      <w:tr>
        <w:tc>
          <w:tcPr>
            <w:tcW w:type="dxa" w:w="680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>
              <w:rPr>
                <w:b/>
                <w:color w:val="1B2A5B"/>
                <w:sz w:val="36"/>
              </w:rPr>
            </w:r>
            <w:r>
              <w:rPr>
                <w:sz w:val="20"/>
              </w:rPr>
              <w:t>NOTES</w:t>
            </w:r>
          </w:p>
        </w:tc>
        <w:tc>
          <w:tcPr>
            <w:tcW w:type="dxa" w:w="3402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Date: ____________</w:t>
            </w:r>
          </w:p>
        </w:tc>
      </w:tr>
    </w:tbl>
    <w:p>
      <w:pPr>
        <w:spacing w:after="120"/>
      </w:pPr>
      <w:r>
        <w:rPr>
          <w:b w:val="0"/>
          <w:i w:val="0"/>
        </w:rPr>
        <w:t>Subject: ______________________________________</w:t>
      </w: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Notepad / memo sheet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