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2268"/>
        <w:gridCol w:w="2835"/>
      </w:tblGrid>
      <w:tr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Meeting: ____________________</w:t>
            </w:r>
          </w:p>
        </w:tc>
        <w:tc>
          <w:tcPr>
            <w:tcW w:type="dxa" w:w="2268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Date: __________</w:t>
            </w:r>
          </w:p>
        </w:tc>
        <w:tc>
          <w:tcPr>
            <w:tcW w:type="dxa" w:w="28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Chair: ____________</w:t>
            </w:r>
          </w:p>
        </w:tc>
      </w:tr>
    </w:tbl>
    <w:p>
      <w:pPr>
        <w:spacing w:after="160"/>
      </w:pPr>
      <w:r>
        <w:rPr>
          <w:b w:val="0"/>
          <w:i w:val="0"/>
        </w:rPr>
        <w:t>Present: ______________________________________________</w:t>
      </w: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2268"/>
        <w:gridCol w:w="2835"/>
      </w:tblGrid>
      <w:tr>
        <w:tc>
          <w:tcPr>
            <w:tcW w:type="dxa" w:w="45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Meeting: ____________________</w:t>
            </w:r>
          </w:p>
        </w:tc>
        <w:tc>
          <w:tcPr>
            <w:tcW w:type="dxa" w:w="2268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Date: __________</w:t>
            </w:r>
          </w:p>
        </w:tc>
        <w:tc>
          <w:tcPr>
            <w:tcW w:type="dxa" w:w="28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Chair: ____________</w:t>
            </w:r>
          </w:p>
        </w:tc>
      </w:tr>
    </w:tbl>
    <w:p>
      <w:pPr>
        <w:spacing w:after="160"/>
      </w:pPr>
      <w:r>
        <w:rPr>
          <w:b w:val="0"/>
          <w:i w:val="0"/>
        </w:rPr>
        <w:t>Present: ______________________________________________</w:t>
      </w: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p>
      <w:pPr>
        <w:pBdr>
          <w:bottom w:val="single" w:sz="4" w:space="1" w:color="BBBBBB"/>
        </w:pBdr>
        <w:spacing w:after="240"/>
      </w:pP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799"/>
        <w:sz w:val="16"/>
      </w:rPr>
      <w:t xml:space="preserve">[Organisation] – minutes book   </w:t>
    </w:r>
    <w:r>
      <w:rPr>
        <w:color w:val="808799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book (bound-style pages)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