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/>
          <w:i w:val="0"/>
          <w:color w:val="2255E0"/>
          <w:sz w:val="36"/>
          <w:shd w:val="clear" w:color="auto" w:fill="FFF6D5"/>
        </w:rPr>
        <w:t>[Date]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535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</w:pPr>
            <w:r>
              <w:rPr>
                <w:b/>
                <w:color w:val="7C5CFF"/>
                <w:sz w:val="20"/>
              </w:rPr>
              <w:t>SCHEDULE</w:t>
            </w:r>
          </w:p>
          <w:tbl>
            <w:tblPr>
              <w:tblW w:type="auto" w:w="0"/>
              <w:tblLook w:firstColumn="1" w:firstRow="1" w:lastColumn="0" w:lastRow="0" w:noHBand="0" w:noVBand="1" w:val="04A0"/>
            </w:tblPr>
            <w:tblGrid>
              <w:gridCol w:w="2267"/>
              <w:gridCol w:w="2267"/>
            </w:tblGrid>
            <w:tr>
              <w:trPr>
                <w:trHeight w:val="624"/>
              </w:trPr>
              <w:tc>
                <w:tcPr>
                  <w:tcW w:type="dxa" w:w="907"/>
                  <w:tcBorders>
                    <w:top w:val="single" w:sz="4" w:color="DDDDDD"/>
                    <w:left w:val="single" w:sz="4" w:color="DDDDDD"/>
                    <w:bottom w:val="single" w:sz="4" w:color="DDDDDD"/>
                    <w:right w:val="single" w:sz="4" w:color="DDDDDD"/>
                  </w:tcBorders>
                </w:tcPr>
                <w:p>
                  <w:pPr>
                    <w:spacing w:after="0"/>
                  </w:pPr>
                  <w:r>
                    <w:rPr>
                      <w:b w:val="0"/>
                      <w:color w:val="808799"/>
                      <w:sz w:val="16"/>
                    </w:rPr>
                    <w:t>06:00</w:t>
                  </w:r>
                </w:p>
              </w:tc>
              <w:tc>
                <w:tcPr>
                  <w:tcW w:type="dxa" w:w="3402"/>
                  <w:tcBorders>
                    <w:top w:val="single" w:sz="4" w:color="DDDDDD"/>
                    <w:left w:val="single" w:sz="4" w:color="DDDDDD"/>
                    <w:bottom w:val="single" w:sz="4" w:color="DDDDDD"/>
                    <w:right w:val="single" w:sz="4" w:color="DDDDDD"/>
                  </w:tcBorders>
                </w:tcPr>
                <w:p/>
              </w:tc>
            </w:tr>
            <w:tr>
              <w:trPr>
                <w:trHeight w:val="624"/>
              </w:trPr>
              <w:tc>
                <w:tcPr>
                  <w:tcW w:type="dxa" w:w="907"/>
                  <w:tcBorders>
                    <w:top w:val="single" w:sz="4" w:color="DDDDDD"/>
                    <w:left w:val="single" w:sz="4" w:color="DDDDDD"/>
                    <w:bottom w:val="single" w:sz="4" w:color="DDDDDD"/>
                    <w:right w:val="single" w:sz="4" w:color="DDDDDD"/>
                  </w:tcBorders>
                </w:tcPr>
                <w:p>
                  <w:pPr>
                    <w:spacing w:after="0"/>
                  </w:pPr>
                  <w:r>
                    <w:rPr>
                      <w:b w:val="0"/>
                      <w:color w:val="808799"/>
                      <w:sz w:val="16"/>
                    </w:rPr>
                    <w:t>07:00</w:t>
                  </w:r>
                </w:p>
              </w:tc>
              <w:tc>
                <w:tcPr>
                  <w:tcW w:type="dxa" w:w="3402"/>
                  <w:tcBorders>
                    <w:top w:val="single" w:sz="4" w:color="DDDDDD"/>
                    <w:left w:val="single" w:sz="4" w:color="DDDDDD"/>
                    <w:bottom w:val="single" w:sz="4" w:color="DDDDDD"/>
                    <w:right w:val="single" w:sz="4" w:color="DDDDDD"/>
                  </w:tcBorders>
                </w:tcPr>
                <w:p/>
              </w:tc>
            </w:tr>
            <w:tr>
              <w:trPr>
                <w:trHeight w:val="624"/>
              </w:trPr>
              <w:tc>
                <w:tcPr>
                  <w:tcW w:type="dxa" w:w="907"/>
                  <w:tcBorders>
                    <w:top w:val="single" w:sz="4" w:color="DDDDDD"/>
                    <w:left w:val="single" w:sz="4" w:color="DDDDDD"/>
                    <w:bottom w:val="single" w:sz="4" w:color="DDDDDD"/>
                    <w:right w:val="single" w:sz="4" w:color="DDDDDD"/>
                  </w:tcBorders>
                </w:tcPr>
                <w:p>
                  <w:pPr>
                    <w:spacing w:after="0"/>
                  </w:pPr>
                  <w:r>
                    <w:rPr>
                      <w:b w:val="0"/>
                      <w:color w:val="808799"/>
                      <w:sz w:val="16"/>
                    </w:rPr>
                    <w:t>08:00</w:t>
                  </w:r>
                </w:p>
              </w:tc>
              <w:tc>
                <w:tcPr>
                  <w:tcW w:type="dxa" w:w="3402"/>
                  <w:tcBorders>
                    <w:top w:val="single" w:sz="4" w:color="DDDDDD"/>
                    <w:left w:val="single" w:sz="4" w:color="DDDDDD"/>
                    <w:bottom w:val="single" w:sz="4" w:color="DDDDDD"/>
                    <w:right w:val="single" w:sz="4" w:color="DDDDDD"/>
                  </w:tcBorders>
                </w:tcPr>
                <w:p/>
              </w:tc>
            </w:tr>
            <w:tr>
              <w:trPr>
                <w:trHeight w:val="624"/>
              </w:trPr>
              <w:tc>
                <w:tcPr>
                  <w:tcW w:type="dxa" w:w="907"/>
                  <w:tcBorders>
                    <w:top w:val="single" w:sz="4" w:color="DDDDDD"/>
                    <w:left w:val="single" w:sz="4" w:color="DDDDDD"/>
                    <w:bottom w:val="single" w:sz="4" w:color="DDDDDD"/>
                    <w:right w:val="single" w:sz="4" w:color="DDDDDD"/>
                  </w:tcBorders>
                </w:tcPr>
                <w:p>
                  <w:pPr>
                    <w:spacing w:after="0"/>
                  </w:pPr>
                  <w:r>
                    <w:rPr>
                      <w:b w:val="0"/>
                      <w:color w:val="808799"/>
                      <w:sz w:val="16"/>
                    </w:rPr>
                    <w:t>09:00</w:t>
                  </w:r>
                </w:p>
              </w:tc>
              <w:tc>
                <w:tcPr>
                  <w:tcW w:type="dxa" w:w="3402"/>
                  <w:tcBorders>
                    <w:top w:val="single" w:sz="4" w:color="DDDDDD"/>
                    <w:left w:val="single" w:sz="4" w:color="DDDDDD"/>
                    <w:bottom w:val="single" w:sz="4" w:color="DDDDDD"/>
                    <w:right w:val="single" w:sz="4" w:color="DDDDDD"/>
                  </w:tcBorders>
                </w:tcPr>
                <w:p/>
              </w:tc>
            </w:tr>
            <w:tr>
              <w:trPr>
                <w:trHeight w:val="624"/>
              </w:trPr>
              <w:tc>
                <w:tcPr>
                  <w:tcW w:type="dxa" w:w="907"/>
                  <w:tcBorders>
                    <w:top w:val="single" w:sz="4" w:color="DDDDDD"/>
                    <w:left w:val="single" w:sz="4" w:color="DDDDDD"/>
                    <w:bottom w:val="single" w:sz="4" w:color="DDDDDD"/>
                    <w:right w:val="single" w:sz="4" w:color="DDDDDD"/>
                  </w:tcBorders>
                </w:tcPr>
                <w:p>
                  <w:pPr>
                    <w:spacing w:after="0"/>
                  </w:pPr>
                  <w:r>
                    <w:rPr>
                      <w:b w:val="0"/>
                      <w:color w:val="808799"/>
                      <w:sz w:val="16"/>
                    </w:rPr>
                    <w:t>10:00</w:t>
                  </w:r>
                </w:p>
              </w:tc>
              <w:tc>
                <w:tcPr>
                  <w:tcW w:type="dxa" w:w="3402"/>
                  <w:tcBorders>
                    <w:top w:val="single" w:sz="4" w:color="DDDDDD"/>
                    <w:left w:val="single" w:sz="4" w:color="DDDDDD"/>
                    <w:bottom w:val="single" w:sz="4" w:color="DDDDDD"/>
                    <w:right w:val="single" w:sz="4" w:color="DDDDDD"/>
                  </w:tcBorders>
                </w:tcPr>
                <w:p/>
              </w:tc>
            </w:tr>
            <w:tr>
              <w:trPr>
                <w:trHeight w:val="624"/>
              </w:trPr>
              <w:tc>
                <w:tcPr>
                  <w:tcW w:type="dxa" w:w="907"/>
                  <w:tcBorders>
                    <w:top w:val="single" w:sz="4" w:color="DDDDDD"/>
                    <w:left w:val="single" w:sz="4" w:color="DDDDDD"/>
                    <w:bottom w:val="single" w:sz="4" w:color="DDDDDD"/>
                    <w:right w:val="single" w:sz="4" w:color="DDDDDD"/>
                  </w:tcBorders>
                </w:tcPr>
                <w:p>
                  <w:pPr>
                    <w:spacing w:after="0"/>
                  </w:pPr>
                  <w:r>
                    <w:rPr>
                      <w:b w:val="0"/>
                      <w:color w:val="808799"/>
                      <w:sz w:val="16"/>
                    </w:rPr>
                    <w:t>11:00</w:t>
                  </w:r>
                </w:p>
              </w:tc>
              <w:tc>
                <w:tcPr>
                  <w:tcW w:type="dxa" w:w="3402"/>
                  <w:tcBorders>
                    <w:top w:val="single" w:sz="4" w:color="DDDDDD"/>
                    <w:left w:val="single" w:sz="4" w:color="DDDDDD"/>
                    <w:bottom w:val="single" w:sz="4" w:color="DDDDDD"/>
                    <w:right w:val="single" w:sz="4" w:color="DDDDDD"/>
                  </w:tcBorders>
                </w:tcPr>
                <w:p/>
              </w:tc>
            </w:tr>
            <w:tr>
              <w:trPr>
                <w:trHeight w:val="624"/>
              </w:trPr>
              <w:tc>
                <w:tcPr>
                  <w:tcW w:type="dxa" w:w="907"/>
                  <w:tcBorders>
                    <w:top w:val="single" w:sz="4" w:color="DDDDDD"/>
                    <w:left w:val="single" w:sz="4" w:color="DDDDDD"/>
                    <w:bottom w:val="single" w:sz="4" w:color="DDDDDD"/>
                    <w:right w:val="single" w:sz="4" w:color="DDDDDD"/>
                  </w:tcBorders>
                </w:tcPr>
                <w:p>
                  <w:pPr>
                    <w:spacing w:after="0"/>
                  </w:pPr>
                  <w:r>
                    <w:rPr>
                      <w:b w:val="0"/>
                      <w:color w:val="808799"/>
                      <w:sz w:val="16"/>
                    </w:rPr>
                    <w:t>12:00</w:t>
                  </w:r>
                </w:p>
              </w:tc>
              <w:tc>
                <w:tcPr>
                  <w:tcW w:type="dxa" w:w="3402"/>
                  <w:tcBorders>
                    <w:top w:val="single" w:sz="4" w:color="DDDDDD"/>
                    <w:left w:val="single" w:sz="4" w:color="DDDDDD"/>
                    <w:bottom w:val="single" w:sz="4" w:color="DDDDDD"/>
                    <w:right w:val="single" w:sz="4" w:color="DDDDDD"/>
                  </w:tcBorders>
                </w:tcPr>
                <w:p/>
              </w:tc>
            </w:tr>
            <w:tr>
              <w:trPr>
                <w:trHeight w:val="624"/>
              </w:trPr>
              <w:tc>
                <w:tcPr>
                  <w:tcW w:type="dxa" w:w="907"/>
                  <w:tcBorders>
                    <w:top w:val="single" w:sz="4" w:color="DDDDDD"/>
                    <w:left w:val="single" w:sz="4" w:color="DDDDDD"/>
                    <w:bottom w:val="single" w:sz="4" w:color="DDDDDD"/>
                    <w:right w:val="single" w:sz="4" w:color="DDDDDD"/>
                  </w:tcBorders>
                </w:tcPr>
                <w:p>
                  <w:pPr>
                    <w:spacing w:after="0"/>
                  </w:pPr>
                  <w:r>
                    <w:rPr>
                      <w:b w:val="0"/>
                      <w:color w:val="808799"/>
                      <w:sz w:val="16"/>
                    </w:rPr>
                    <w:t>13:00</w:t>
                  </w:r>
                </w:p>
              </w:tc>
              <w:tc>
                <w:tcPr>
                  <w:tcW w:type="dxa" w:w="3402"/>
                  <w:tcBorders>
                    <w:top w:val="single" w:sz="4" w:color="DDDDDD"/>
                    <w:left w:val="single" w:sz="4" w:color="DDDDDD"/>
                    <w:bottom w:val="single" w:sz="4" w:color="DDDDDD"/>
                    <w:right w:val="single" w:sz="4" w:color="DDDDDD"/>
                  </w:tcBorders>
                </w:tcPr>
                <w:p/>
              </w:tc>
            </w:tr>
            <w:tr>
              <w:trPr>
                <w:trHeight w:val="624"/>
              </w:trPr>
              <w:tc>
                <w:tcPr>
                  <w:tcW w:type="dxa" w:w="907"/>
                  <w:tcBorders>
                    <w:top w:val="single" w:sz="4" w:color="DDDDDD"/>
                    <w:left w:val="single" w:sz="4" w:color="DDDDDD"/>
                    <w:bottom w:val="single" w:sz="4" w:color="DDDDDD"/>
                    <w:right w:val="single" w:sz="4" w:color="DDDDDD"/>
                  </w:tcBorders>
                </w:tcPr>
                <w:p>
                  <w:pPr>
                    <w:spacing w:after="0"/>
                  </w:pPr>
                  <w:r>
                    <w:rPr>
                      <w:b w:val="0"/>
                      <w:color w:val="808799"/>
                      <w:sz w:val="16"/>
                    </w:rPr>
                    <w:t>14:00</w:t>
                  </w:r>
                </w:p>
              </w:tc>
              <w:tc>
                <w:tcPr>
                  <w:tcW w:type="dxa" w:w="3402"/>
                  <w:tcBorders>
                    <w:top w:val="single" w:sz="4" w:color="DDDDDD"/>
                    <w:left w:val="single" w:sz="4" w:color="DDDDDD"/>
                    <w:bottom w:val="single" w:sz="4" w:color="DDDDDD"/>
                    <w:right w:val="single" w:sz="4" w:color="DDDDDD"/>
                  </w:tcBorders>
                </w:tcPr>
                <w:p/>
              </w:tc>
            </w:tr>
            <w:tr>
              <w:trPr>
                <w:trHeight w:val="624"/>
              </w:trPr>
              <w:tc>
                <w:tcPr>
                  <w:tcW w:type="dxa" w:w="907"/>
                  <w:tcBorders>
                    <w:top w:val="single" w:sz="4" w:color="DDDDDD"/>
                    <w:left w:val="single" w:sz="4" w:color="DDDDDD"/>
                    <w:bottom w:val="single" w:sz="4" w:color="DDDDDD"/>
                    <w:right w:val="single" w:sz="4" w:color="DDDDDD"/>
                  </w:tcBorders>
                </w:tcPr>
                <w:p>
                  <w:pPr>
                    <w:spacing w:after="0"/>
                  </w:pPr>
                  <w:r>
                    <w:rPr>
                      <w:b w:val="0"/>
                      <w:color w:val="808799"/>
                      <w:sz w:val="16"/>
                    </w:rPr>
                    <w:t>15:00</w:t>
                  </w:r>
                </w:p>
              </w:tc>
              <w:tc>
                <w:tcPr>
                  <w:tcW w:type="dxa" w:w="3402"/>
                  <w:tcBorders>
                    <w:top w:val="single" w:sz="4" w:color="DDDDDD"/>
                    <w:left w:val="single" w:sz="4" w:color="DDDDDD"/>
                    <w:bottom w:val="single" w:sz="4" w:color="DDDDDD"/>
                    <w:right w:val="single" w:sz="4" w:color="DDDDDD"/>
                  </w:tcBorders>
                </w:tcPr>
                <w:p/>
              </w:tc>
            </w:tr>
            <w:tr>
              <w:trPr>
                <w:trHeight w:val="624"/>
              </w:trPr>
              <w:tc>
                <w:tcPr>
                  <w:tcW w:type="dxa" w:w="907"/>
                  <w:tcBorders>
                    <w:top w:val="single" w:sz="4" w:color="DDDDDD"/>
                    <w:left w:val="single" w:sz="4" w:color="DDDDDD"/>
                    <w:bottom w:val="single" w:sz="4" w:color="DDDDDD"/>
                    <w:right w:val="single" w:sz="4" w:color="DDDDDD"/>
                  </w:tcBorders>
                </w:tcPr>
                <w:p>
                  <w:pPr>
                    <w:spacing w:after="0"/>
                  </w:pPr>
                  <w:r>
                    <w:rPr>
                      <w:b w:val="0"/>
                      <w:color w:val="808799"/>
                      <w:sz w:val="16"/>
                    </w:rPr>
                    <w:t>16:00</w:t>
                  </w:r>
                </w:p>
              </w:tc>
              <w:tc>
                <w:tcPr>
                  <w:tcW w:type="dxa" w:w="3402"/>
                  <w:tcBorders>
                    <w:top w:val="single" w:sz="4" w:color="DDDDDD"/>
                    <w:left w:val="single" w:sz="4" w:color="DDDDDD"/>
                    <w:bottom w:val="single" w:sz="4" w:color="DDDDDD"/>
                    <w:right w:val="single" w:sz="4" w:color="DDDDDD"/>
                  </w:tcBorders>
                </w:tcPr>
                <w:p/>
              </w:tc>
            </w:tr>
            <w:tr>
              <w:trPr>
                <w:trHeight w:val="624"/>
              </w:trPr>
              <w:tc>
                <w:tcPr>
                  <w:tcW w:type="dxa" w:w="907"/>
                  <w:tcBorders>
                    <w:top w:val="single" w:sz="4" w:color="DDDDDD"/>
                    <w:left w:val="single" w:sz="4" w:color="DDDDDD"/>
                    <w:bottom w:val="single" w:sz="4" w:color="DDDDDD"/>
                    <w:right w:val="single" w:sz="4" w:color="DDDDDD"/>
                  </w:tcBorders>
                </w:tcPr>
                <w:p>
                  <w:pPr>
                    <w:spacing w:after="0"/>
                  </w:pPr>
                  <w:r>
                    <w:rPr>
                      <w:b w:val="0"/>
                      <w:color w:val="808799"/>
                      <w:sz w:val="16"/>
                    </w:rPr>
                    <w:t>17:00</w:t>
                  </w:r>
                </w:p>
              </w:tc>
              <w:tc>
                <w:tcPr>
                  <w:tcW w:type="dxa" w:w="3402"/>
                  <w:tcBorders>
                    <w:top w:val="single" w:sz="4" w:color="DDDDDD"/>
                    <w:left w:val="single" w:sz="4" w:color="DDDDDD"/>
                    <w:bottom w:val="single" w:sz="4" w:color="DDDDDD"/>
                    <w:right w:val="single" w:sz="4" w:color="DDDDDD"/>
                  </w:tcBorders>
                </w:tcPr>
                <w:p/>
              </w:tc>
            </w:tr>
            <w:tr>
              <w:trPr>
                <w:trHeight w:val="624"/>
              </w:trPr>
              <w:tc>
                <w:tcPr>
                  <w:tcW w:type="dxa" w:w="907"/>
                  <w:tcBorders>
                    <w:top w:val="single" w:sz="4" w:color="DDDDDD"/>
                    <w:left w:val="single" w:sz="4" w:color="DDDDDD"/>
                    <w:bottom w:val="single" w:sz="4" w:color="DDDDDD"/>
                    <w:right w:val="single" w:sz="4" w:color="DDDDDD"/>
                  </w:tcBorders>
                </w:tcPr>
                <w:p>
                  <w:pPr>
                    <w:spacing w:after="0"/>
                  </w:pPr>
                  <w:r>
                    <w:rPr>
                      <w:b w:val="0"/>
                      <w:color w:val="808799"/>
                      <w:sz w:val="16"/>
                    </w:rPr>
                    <w:t>18:00</w:t>
                  </w:r>
                </w:p>
              </w:tc>
              <w:tc>
                <w:tcPr>
                  <w:tcW w:type="dxa" w:w="3402"/>
                  <w:tcBorders>
                    <w:top w:val="single" w:sz="4" w:color="DDDDDD"/>
                    <w:left w:val="single" w:sz="4" w:color="DDDDDD"/>
                    <w:bottom w:val="single" w:sz="4" w:color="DDDDDD"/>
                    <w:right w:val="single" w:sz="4" w:color="DDDDDD"/>
                  </w:tcBorders>
                </w:tcPr>
                <w:p/>
              </w:tc>
            </w:tr>
            <w:tr>
              <w:trPr>
                <w:trHeight w:val="624"/>
              </w:trPr>
              <w:tc>
                <w:tcPr>
                  <w:tcW w:type="dxa" w:w="907"/>
                  <w:tcBorders>
                    <w:top w:val="single" w:sz="4" w:color="DDDDDD"/>
                    <w:left w:val="single" w:sz="4" w:color="DDDDDD"/>
                    <w:bottom w:val="single" w:sz="4" w:color="DDDDDD"/>
                    <w:right w:val="single" w:sz="4" w:color="DDDDDD"/>
                  </w:tcBorders>
                </w:tcPr>
                <w:p>
                  <w:pPr>
                    <w:spacing w:after="0"/>
                  </w:pPr>
                  <w:r>
                    <w:rPr>
                      <w:b w:val="0"/>
                      <w:color w:val="808799"/>
                      <w:sz w:val="16"/>
                    </w:rPr>
                    <w:t>19:00</w:t>
                  </w:r>
                </w:p>
              </w:tc>
              <w:tc>
                <w:tcPr>
                  <w:tcW w:type="dxa" w:w="3402"/>
                  <w:tcBorders>
                    <w:top w:val="single" w:sz="4" w:color="DDDDDD"/>
                    <w:left w:val="single" w:sz="4" w:color="DDDDDD"/>
                    <w:bottom w:val="single" w:sz="4" w:color="DDDDDD"/>
                    <w:right w:val="single" w:sz="4" w:color="DDDDDD"/>
                  </w:tcBorders>
                </w:tcPr>
                <w:p/>
              </w:tc>
            </w:tr>
            <w:tr>
              <w:trPr>
                <w:trHeight w:val="624"/>
              </w:trPr>
              <w:tc>
                <w:tcPr>
                  <w:tcW w:type="dxa" w:w="907"/>
                  <w:tcBorders>
                    <w:top w:val="single" w:sz="4" w:color="DDDDDD"/>
                    <w:left w:val="single" w:sz="4" w:color="DDDDDD"/>
                    <w:bottom w:val="single" w:sz="4" w:color="DDDDDD"/>
                    <w:right w:val="single" w:sz="4" w:color="DDDDDD"/>
                  </w:tcBorders>
                </w:tcPr>
                <w:p>
                  <w:pPr>
                    <w:spacing w:after="0"/>
                  </w:pPr>
                  <w:r>
                    <w:rPr>
                      <w:b w:val="0"/>
                      <w:color w:val="808799"/>
                      <w:sz w:val="16"/>
                    </w:rPr>
                    <w:t>20:00</w:t>
                  </w:r>
                </w:p>
              </w:tc>
              <w:tc>
                <w:tcPr>
                  <w:tcW w:type="dxa" w:w="3402"/>
                  <w:tcBorders>
                    <w:top w:val="single" w:sz="4" w:color="DDDDDD"/>
                    <w:left w:val="single" w:sz="4" w:color="DDDDDD"/>
                    <w:bottom w:val="single" w:sz="4" w:color="DDDDDD"/>
                    <w:right w:val="single" w:sz="4" w:color="DDDDDD"/>
                  </w:tcBorders>
                </w:tcPr>
                <w:p/>
              </w:tc>
            </w:tr>
            <w:tr>
              <w:trPr>
                <w:trHeight w:val="624"/>
              </w:trPr>
              <w:tc>
                <w:tcPr>
                  <w:tcW w:type="dxa" w:w="907"/>
                  <w:tcBorders>
                    <w:top w:val="single" w:sz="4" w:color="DDDDDD"/>
                    <w:left w:val="single" w:sz="4" w:color="DDDDDD"/>
                    <w:bottom w:val="single" w:sz="4" w:color="DDDDDD"/>
                    <w:right w:val="single" w:sz="4" w:color="DDDDDD"/>
                  </w:tcBorders>
                </w:tcPr>
                <w:p>
                  <w:pPr>
                    <w:spacing w:after="0"/>
                  </w:pPr>
                  <w:r>
                    <w:rPr>
                      <w:b w:val="0"/>
                      <w:color w:val="808799"/>
                      <w:sz w:val="16"/>
                    </w:rPr>
                    <w:t>21:00</w:t>
                  </w:r>
                </w:p>
              </w:tc>
              <w:tc>
                <w:tcPr>
                  <w:tcW w:type="dxa" w:w="3402"/>
                  <w:tcBorders>
                    <w:top w:val="single" w:sz="4" w:color="DDDDDD"/>
                    <w:left w:val="single" w:sz="4" w:color="DDDDDD"/>
                    <w:bottom w:val="single" w:sz="4" w:color="DDDDDD"/>
                    <w:right w:val="single" w:sz="4" w:color="DDDDDD"/>
                  </w:tcBorders>
                </w:tcPr>
                <w:p/>
              </w:tc>
            </w:tr>
            <w:tr>
              <w:trPr>
                <w:trHeight w:val="624"/>
              </w:trPr>
              <w:tc>
                <w:tcPr>
                  <w:tcW w:type="dxa" w:w="907"/>
                  <w:tcBorders>
                    <w:top w:val="single" w:sz="4" w:color="DDDDDD"/>
                    <w:left w:val="single" w:sz="4" w:color="DDDDDD"/>
                    <w:bottom w:val="single" w:sz="4" w:color="DDDDDD"/>
                    <w:right w:val="single" w:sz="4" w:color="DDDDDD"/>
                  </w:tcBorders>
                </w:tcPr>
                <w:p>
                  <w:pPr>
                    <w:spacing w:after="0"/>
                  </w:pPr>
                  <w:r>
                    <w:rPr>
                      <w:b w:val="0"/>
                      <w:color w:val="808799"/>
                      <w:sz w:val="16"/>
                    </w:rPr>
                    <w:t>22:00</w:t>
                  </w:r>
                </w:p>
              </w:tc>
              <w:tc>
                <w:tcPr>
                  <w:tcW w:type="dxa" w:w="3402"/>
                  <w:tcBorders>
                    <w:top w:val="single" w:sz="4" w:color="DDDDDD"/>
                    <w:left w:val="single" w:sz="4" w:color="DDDDDD"/>
                    <w:bottom w:val="single" w:sz="4" w:color="DDDDDD"/>
                    <w:right w:val="single" w:sz="4" w:color="DDDDDD"/>
                  </w:tcBorders>
                </w:tcPr>
                <w:p/>
              </w:tc>
            </w:tr>
          </w:tbl>
          <w:p/>
        </w:tc>
        <w:tc>
          <w:tcPr>
            <w:tcW w:type="dxa" w:w="5102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</w:tcPr>
          <w:p>
            <w:pPr>
              <w:spacing w:after="0"/>
            </w:pPr>
            <w:r>
              <w:rPr>
                <w:b/>
                <w:color w:val="7C5CFF"/>
                <w:sz w:val="20"/>
              </w:rPr>
              <w:t>TOP PRIORITIES</w:t>
            </w:r>
          </w:p>
          <w:p>
            <w:pPr>
              <w:spacing w:after="0"/>
            </w:pPr>
            <w:r>
              <w:rPr>
                <w:b w:val="0"/>
                <w:sz w:val="20"/>
              </w:rPr>
              <w:t>☐  ______________________________</w:t>
            </w:r>
          </w:p>
          <w:p>
            <w:pPr>
              <w:spacing w:after="0"/>
            </w:pPr>
            <w:r>
              <w:rPr>
                <w:b w:val="0"/>
                <w:sz w:val="20"/>
              </w:rPr>
              <w:t>☐  ______________________________</w:t>
            </w:r>
          </w:p>
          <w:p>
            <w:pPr>
              <w:spacing w:after="0"/>
            </w:pPr>
            <w:r>
              <w:rPr>
                <w:b w:val="0"/>
                <w:sz w:val="20"/>
              </w:rPr>
              <w:t>☐  ______________________________</w:t>
            </w:r>
          </w:p>
          <w:p>
            <w:pPr>
              <w:spacing w:after="40"/>
            </w:pPr>
            <w:r>
              <w:rPr>
                <w:b/>
                <w:color w:val="7C5CFF"/>
                <w:sz w:val="20"/>
              </w:rPr>
              <w:t>TO-DO</w:t>
            </w:r>
          </w:p>
          <w:p>
            <w:pPr>
              <w:spacing w:after="0"/>
            </w:pPr>
            <w:r>
              <w:rPr>
                <w:b w:val="0"/>
                <w:sz w:val="20"/>
              </w:rPr>
              <w:t>☐  ______________________________</w:t>
            </w:r>
          </w:p>
          <w:p>
            <w:pPr>
              <w:spacing w:after="0"/>
            </w:pPr>
            <w:r>
              <w:rPr>
                <w:b w:val="0"/>
                <w:sz w:val="20"/>
              </w:rPr>
              <w:t>☐  ______________________________</w:t>
            </w:r>
          </w:p>
          <w:p>
            <w:pPr>
              <w:spacing w:after="0"/>
            </w:pPr>
            <w:r>
              <w:rPr>
                <w:b w:val="0"/>
                <w:sz w:val="20"/>
              </w:rPr>
              <w:t>☐  ______________________________</w:t>
            </w:r>
          </w:p>
          <w:p>
            <w:pPr>
              <w:spacing w:after="0"/>
            </w:pPr>
            <w:r>
              <w:rPr>
                <w:b w:val="0"/>
                <w:sz w:val="20"/>
              </w:rPr>
              <w:t>☐  ______________________________</w:t>
            </w:r>
          </w:p>
          <w:p>
            <w:pPr>
              <w:spacing w:after="0"/>
            </w:pPr>
            <w:r>
              <w:rPr>
                <w:b w:val="0"/>
                <w:sz w:val="20"/>
              </w:rPr>
              <w:t>☐  ______________________________</w:t>
            </w:r>
          </w:p>
          <w:p>
            <w:pPr>
              <w:spacing w:after="0"/>
            </w:pPr>
            <w:r>
              <w:rPr>
                <w:b w:val="0"/>
                <w:sz w:val="20"/>
              </w:rPr>
              <w:t>☐  ______________________________</w:t>
            </w:r>
          </w:p>
          <w:p>
            <w:pPr>
              <w:spacing w:after="0"/>
            </w:pPr>
            <w:r>
              <w:rPr>
                <w:b w:val="0"/>
                <w:sz w:val="20"/>
              </w:rPr>
              <w:t>☐  ______________________________</w:t>
            </w:r>
          </w:p>
          <w:p>
            <w:pPr>
              <w:spacing w:after="0"/>
            </w:pPr>
            <w:r>
              <w:rPr>
                <w:b w:val="0"/>
                <w:sz w:val="20"/>
              </w:rPr>
              <w:t>☐  ______________________________</w:t>
            </w:r>
          </w:p>
          <w:p>
            <w:pPr>
              <w:spacing w:after="0"/>
            </w:pPr>
            <w:r>
              <w:rPr>
                <w:b w:val="0"/>
                <w:sz w:val="20"/>
              </w:rPr>
              <w:t>☐  ______________________________</w:t>
            </w:r>
          </w:p>
          <w:p>
            <w:pPr>
              <w:spacing w:after="0"/>
            </w:pPr>
            <w:r>
              <w:rPr>
                <w:b w:val="0"/>
                <w:sz w:val="20"/>
              </w:rPr>
              <w:t>☐  ______________________________</w:t>
            </w:r>
          </w:p>
          <w:p>
            <w:pPr>
              <w:spacing w:after="40"/>
            </w:pPr>
            <w:r>
              <w:rPr>
                <w:b/>
                <w:color w:val="7C5CFF"/>
                <w:sz w:val="20"/>
              </w:rPr>
              <w:t>NOTES</w:t>
            </w:r>
          </w:p>
          <w:p>
            <w:pPr>
              <w:spacing w:after="0"/>
            </w:pPr>
            <w:r>
              <w:rPr>
                <w:b w:val="0"/>
                <w:color w:val="E6E9F2"/>
                <w:sz w:val="20"/>
              </w:rPr>
              <w:t>________________________________</w:t>
            </w:r>
          </w:p>
          <w:p>
            <w:pPr>
              <w:spacing w:after="0"/>
            </w:pPr>
            <w:r>
              <w:rPr>
                <w:b w:val="0"/>
                <w:color w:val="E6E9F2"/>
                <w:sz w:val="20"/>
              </w:rPr>
              <w:t>________________________________</w:t>
            </w:r>
          </w:p>
          <w:p>
            <w:pPr>
              <w:spacing w:after="0"/>
            </w:pPr>
            <w:r>
              <w:rPr>
                <w:b w:val="0"/>
                <w:color w:val="E6E9F2"/>
                <w:sz w:val="20"/>
              </w:rPr>
              <w:t>________________________________</w:t>
            </w:r>
          </w:p>
          <w:p>
            <w:pPr>
              <w:spacing w:after="0"/>
            </w:pPr>
            <w:r>
              <w:rPr>
                <w:b w:val="0"/>
                <w:color w:val="E6E9F2"/>
                <w:sz w:val="20"/>
              </w:rPr>
              <w:t>________________________________</w:t>
            </w:r>
          </w:p>
          <w:p>
            <w:pPr>
              <w:spacing w:after="0"/>
            </w:pPr>
            <w:r>
              <w:rPr>
                <w:b w:val="0"/>
                <w:color w:val="E6E9F2"/>
                <w:sz w:val="20"/>
              </w:rPr>
              <w:t>________________________________</w:t>
            </w:r>
          </w:p>
          <w:p>
            <w:pPr>
              <w:spacing w:after="0"/>
            </w:pPr>
            <w:r>
              <w:rPr>
                <w:b w:val="0"/>
                <w:color w:val="E6E9F2"/>
                <w:sz w:val="20"/>
              </w:rPr>
              <w:t>________________________________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32A3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Daily planner</dc:title>
  <dc:subject/>
  <dc:creator>free-printable.com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