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2000"/>
      </w:pPr>
    </w:p>
    <w:p>
      <w:pPr>
        <w:spacing w:after="80"/>
      </w:pPr>
      <w:r>
        <w:rPr>
          <w:b/>
          <w:i w:val="0"/>
          <w:color w:val="2255E0"/>
          <w:sz w:val="60"/>
          <w:shd w:val="clear" w:color="auto" w:fill="FFF6D5"/>
        </w:rPr>
        <w:t>[REPORT TITLE]</w:t>
      </w:r>
    </w:p>
    <w:p>
      <w:pPr>
        <w:spacing w:after="1200"/>
      </w:pPr>
      <w:r>
        <w:rPr>
          <w:b w:val="0"/>
          <w:i w:val="0"/>
          <w:color w:val="2255E0"/>
          <w:sz w:val="28"/>
          <w:shd w:val="clear" w:color="auto" w:fill="FFF6D5"/>
        </w:rPr>
        <w:t>[Subtitle or reporting period]</w:t>
      </w:r>
    </w:p>
    <w:p>
      <w:r>
        <w:rPr>
          <w:b w:val="0"/>
          <w:i w:val="0"/>
          <w:color w:val="2255E0"/>
          <w:sz w:val="22"/>
          <w:shd w:val="clear" w:color="auto" w:fill="FFF6D5"/>
        </w:rPr>
        <w:t>Prepared by [Name]</w:t>
        <w:br/>
        <w:t>[Department / Company]</w:t>
        <w:br/>
        <w:t>[Date]</w:t>
      </w:r>
    </w:p>
    <w:p>
      <w:r>
        <w:br w:type="page"/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638"/>
      </w:tblGrid>
      <w:tr>
        <w:trPr>
          <w:trHeight w:val="5102" w:hRule="exact"/>
        </w:trPr>
        <w:tc>
          <w:tcPr>
            <w:tcW w:type="dxa" w:w="9638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  <w:vAlign w:val="center"/>
            <w:shd w:val="clear" w:color="auto" w:fill="7C5CFF"/>
          </w:tcPr>
          <w:p>
            <w:pPr>
              <w:spacing w:after="0"/>
              <w:jc w:val="center"/>
            </w:pPr>
            <w:r>
              <w:rPr>
                <w:b/>
                <w:color w:val="FFFFFF"/>
                <w:sz w:val="68"/>
              </w:rPr>
            </w:r>
            <w:r>
              <w:rPr>
                <w:sz w:val="20"/>
              </w:rPr>
              <w:t>[PROJECT NAME]</w:t>
            </w:r>
          </w:p>
        </w:tc>
      </w:tr>
    </w:tbl>
    <w:p>
      <w:pPr>
        <w:spacing w:before="600"/>
      </w:pPr>
    </w:p>
    <w:p>
      <w:pPr>
        <w:spacing w:after="80"/>
        <w:jc w:val="center"/>
      </w:pPr>
      <w:r>
        <w:rPr>
          <w:b w:val="0"/>
          <w:i w:val="0"/>
          <w:color w:val="2255E0"/>
          <w:sz w:val="28"/>
          <w:shd w:val="clear" w:color="auto" w:fill="FFF6D5"/>
        </w:rPr>
        <w:t>[Team / author]</w:t>
      </w:r>
    </w:p>
    <w:p>
      <w:pPr>
        <w:jc w:val="center"/>
      </w:pPr>
      <w:r>
        <w:rPr>
          <w:b w:val="0"/>
          <w:i w:val="0"/>
          <w:color w:val="2255E0"/>
          <w:sz w:val="22"/>
          <w:shd w:val="clear" w:color="auto" w:fill="FFF6D5"/>
        </w:rPr>
        <w:t>[Course / client] · [Date]</w:t>
      </w:r>
    </w:p>
    <w:p>
      <w:r>
        <w:br w:type="page"/>
      </w:r>
    </w:p>
    <w:p>
      <w:pPr>
        <w:spacing w:before="1600"/>
      </w:pPr>
    </w:p>
    <w:p>
      <w:pPr>
        <w:spacing w:after="200"/>
        <w:jc w:val="center"/>
      </w:pPr>
      <w:r>
        <w:rPr>
          <w:b/>
          <w:i w:val="0"/>
          <w:color w:val="2255E0"/>
          <w:sz w:val="88"/>
          <w:shd w:val="clear" w:color="auto" w:fill="FFF6D5"/>
        </w:rPr>
        <w:t>[SUBJECT]</w:t>
      </w:r>
    </w:p>
    <w:p>
      <w:pPr>
        <w:jc w:val="center"/>
      </w:pPr>
      <w:r>
        <w:rPr>
          <w:b w:val="0"/>
          <w:i w:val="0"/>
          <w:color w:val="2255E0"/>
          <w:sz w:val="32"/>
          <w:shd w:val="clear" w:color="auto" w:fill="FFF6D5"/>
        </w:rPr>
        <w:t>[Name] · [Class / year]</w:t>
      </w:r>
    </w:p>
    <w:p>
      <w:pPr>
        <w:pBdr>
          <w:bottom w:val="single" w:sz="12" w:space="1" w:color="0FA3B1"/>
        </w:pBdr>
        <w:spacing w:after="120"/>
      </w:pPr>
    </w:p>
    <w:p>
      <w:pPr>
        <w:jc w:val="center"/>
      </w:pPr>
      <w:r>
        <w:rPr>
          <w:b w:val="0"/>
          <w:i w:val="0"/>
          <w:color w:val="2255E0"/>
          <w:sz w:val="22"/>
          <w:shd w:val="clear" w:color="auto" w:fill="FFF6D5"/>
        </w:rPr>
        <w:t>[Teacher / notes]</w:t>
      </w:r>
    </w:p>
    <w:sectPr w:rsidR="00FC693F" w:rsidRPr="0006063C" w:rsidSect="00034616">
      <w:pgSz w:w="11906" w:h="16838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rial" w:hAnsi="Arial" w:eastAsia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0" w:after="120"/>
      <w:outlineLvl w:val="0"/>
    </w:pPr>
    <w:rPr>
      <w:rFonts w:asciiTheme="majorHAnsi" w:eastAsiaTheme="majorEastAsia" w:hAnsiTheme="majorHAnsi" w:cstheme="majorBidi" w:ascii="Arial" w:hAnsi="Arial" w:eastAsia="Arial"/>
      <w:b/>
      <w:bCs/>
      <w:color w:val="1B2A5B"/>
      <w:sz w:val="4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Arial" w:hAnsi="Arial" w:eastAsia="Arial"/>
      <w:b/>
      <w:bCs/>
      <w:color w:val="1B2A5B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40" w:after="120"/>
      <w:outlineLvl w:val="2"/>
    </w:pPr>
    <w:rPr>
      <w:rFonts w:asciiTheme="majorHAnsi" w:eastAsiaTheme="majorEastAsia" w:hAnsiTheme="majorHAnsi" w:cstheme="majorBidi" w:ascii="Arial" w:hAnsi="Arial" w:eastAsia="Arial"/>
      <w:b/>
      <w:bCs/>
      <w:color w:val="232A3A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Cover pages (report, project, binder)</dc:title>
  <dc:subject/>
  <dc:creator>free-printable.com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