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Welcome to [Company]!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We are delighted that you are joining us as [Job title] on [start date]. Everyone on the [team name] team is looking forward to meeting you.</w:t>
      </w:r>
    </w:p>
    <w:p>
      <w:pPr>
        <w:spacing w:after="160"/>
        <w:jc w:val="both"/>
      </w:pPr>
      <w:r>
        <w:rPr>
          <w:b w:val="0"/>
          <w:i w:val="0"/>
        </w:rPr>
        <w:t>On your first day please arrive at [time] at [address] and ask for [name], who will be your [manager / buddy]. Please bring [ID, bank details, signed contract, P45 / tax form].</w:t>
      </w:r>
    </w:p>
    <w:p>
      <w:pPr>
        <w:spacing w:after="160"/>
        <w:jc w:val="both"/>
      </w:pPr>
      <w:r>
        <w:rPr>
          <w:b w:val="0"/>
          <w:i w:val="0"/>
        </w:rPr>
        <w:t>Your first week will include an induction, IT set-up and introductions to the people you will work with most. Your working hours are [hours] and [dress code / parking / lunch] information is attached.</w:t>
      </w:r>
    </w:p>
    <w:p>
      <w:pPr>
        <w:spacing w:after="160"/>
        <w:jc w:val="both"/>
      </w:pPr>
      <w:r>
        <w:rPr>
          <w:b w:val="0"/>
          <w:i w:val="0"/>
        </w:rPr>
        <w:t>If you have any questions before you start, call me on [phone]. Welcome aboard!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letter (new employee)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