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Thank you so much for [what they did / gave]. It [meant a great deal to me / made a real difference because…].</w:t>
      </w:r>
    </w:p>
    <w:p>
      <w:pPr>
        <w:spacing w:after="160"/>
        <w:jc w:val="both"/>
      </w:pPr>
      <w:r>
        <w:rPr>
          <w:b w:val="0"/>
          <w:i w:val="0"/>
        </w:rPr>
        <w:t>[Add a specific detail that shows you noticed and appreciated the effort.]</w:t>
      </w:r>
    </w:p>
    <w:p>
      <w:pPr>
        <w:spacing w:after="160"/>
        <w:jc w:val="both"/>
      </w:pPr>
      <w:r>
        <w:rPr>
          <w:b w:val="0"/>
          <w:i w:val="0"/>
        </w:rPr>
        <w:t>I hope [to return the favour / to see you again soon / we will have the chance to work together]. Please pass on my thanks to [others involved] as well.</w:t>
      </w:r>
    </w:p>
    <w:p>
      <w:pPr>
        <w:spacing w:after="160"/>
        <w:jc w:val="both"/>
      </w:pPr>
      <w:r>
        <w:rPr>
          <w:b w:val="0"/>
          <w:i w:val="0"/>
        </w:rPr>
        <w:t>With warmest regards and sincere thanks,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Thank-you letter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