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Sponsorship opportunity – [Event / Team]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[Organisation] is [one-sentence description]. On [date] we are [holding event / launching project], which will reach [number] [participants / visitors / families] in [area].</w:t>
      </w:r>
    </w:p>
    <w:p>
      <w:pPr>
        <w:spacing w:after="160"/>
        <w:jc w:val="both"/>
      </w:pPr>
      <w:r>
        <w:rPr>
          <w:b w:val="0"/>
          <w:i w:val="0"/>
        </w:rPr>
        <w:t>We are inviting local businesses to support us as sponsors. In return for a contribution of [amount / in-kind support], we offer [logo on shirts / banners / programme, social media mentions, free tickets, a stall].</w:t>
      </w:r>
    </w:p>
    <w:p>
      <w:pPr>
        <w:spacing w:after="160"/>
        <w:jc w:val="both"/>
      </w:pPr>
      <w:r>
        <w:rPr>
          <w:b w:val="0"/>
          <w:i w:val="0"/>
        </w:rPr>
        <w:t>[Company] would be a natural partner because [reason]. Your support would directly fund [what the money pays for].</w:t>
      </w:r>
    </w:p>
    <w:p>
      <w:pPr>
        <w:spacing w:after="160"/>
        <w:jc w:val="both"/>
      </w:pPr>
      <w:r>
        <w:rPr>
          <w:b w:val="0"/>
          <w:i w:val="0"/>
        </w:rPr>
        <w:t>I would love to discuss this with you in person. I will call next week, or you can reach me at [phone / e-mail]. Thank you for considering our request.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request letter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