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2255E0"/>
          <w:sz w:val="28"/>
          <w:shd w:val="clear" w:color="auto" w:fill="FFF6D5"/>
        </w:rPr>
        <w:t>[Your Name / Company]</w:t>
      </w:r>
    </w:p>
    <w:p>
      <w:pPr>
        <w:spacing w:after="40"/>
      </w:pPr>
      <w:r>
        <w:rPr>
          <w:b w:val="0"/>
          <w:i w:val="0"/>
          <w:color w:val="2255E0"/>
          <w:sz w:val="18"/>
          <w:shd w:val="clear" w:color="auto" w:fill="FFF6D5"/>
        </w:rPr>
        <w:t>[Street address] · [City, Postcode] · [Phone] · [E-mail]</w:t>
      </w:r>
    </w:p>
    <w:p>
      <w:pPr>
        <w:pBdr>
          <w:bottom w:val="single" w:sz="12" w:space="1" w:color="1B2A5B"/>
        </w:pBdr>
        <w:spacing w:after="120"/>
      </w:pPr>
    </w:p>
    <w:p>
      <w:pPr>
        <w:spacing w:after="120"/>
      </w:pPr>
    </w:p>
    <w:p>
      <w:pPr>
        <w:spacing w:after="0"/>
      </w:pPr>
      <w:r>
        <w:rPr>
          <w:b w:val="0"/>
          <w:i w:val="0"/>
          <w:color w:val="2255E0"/>
          <w:shd w:val="clear" w:color="auto" w:fill="FFF6D5"/>
        </w:rPr>
        <w:t>[Recipient name]</w:t>
      </w:r>
    </w:p>
    <w:p>
      <w:pPr>
        <w:spacing w:after="0"/>
      </w:pPr>
      <w:r>
        <w:rPr>
          <w:b w:val="0"/>
          <w:i w:val="0"/>
          <w:color w:val="2255E0"/>
          <w:shd w:val="clear" w:color="auto" w:fill="FFF6D5"/>
        </w:rPr>
        <w:t>[Company / organisation]</w:t>
      </w:r>
    </w:p>
    <w:p>
      <w:pPr>
        <w:spacing w:after="0"/>
      </w:pPr>
      <w:r>
        <w:rPr>
          <w:b w:val="0"/>
          <w:i w:val="0"/>
          <w:color w:val="2255E0"/>
          <w:shd w:val="clear" w:color="auto" w:fill="FFF6D5"/>
        </w:rPr>
        <w:t>[Street address]</w:t>
      </w:r>
    </w:p>
    <w:p>
      <w:pPr>
        <w:spacing w:after="200"/>
      </w:pPr>
      <w:r>
        <w:rPr>
          <w:b w:val="0"/>
          <w:i w:val="0"/>
          <w:color w:val="2255E0"/>
          <w:shd w:val="clear" w:color="auto" w:fill="FFF6D5"/>
        </w:rPr>
        <w:t>[City, Postcode]</w:t>
      </w:r>
    </w:p>
    <w:p>
      <w:pPr>
        <w:spacing w:after="200"/>
        <w:jc w:val="right"/>
      </w:pPr>
      <w:r>
        <w:rPr>
          <w:b w:val="0"/>
          <w:i w:val="0"/>
          <w:color w:val="2255E0"/>
          <w:shd w:val="clear" w:color="auto" w:fill="FFF6D5"/>
        </w:rPr>
        <w:t>[Date]</w:t>
      </w:r>
    </w:p>
    <w:p>
      <w:pPr>
        <w:spacing w:after="160"/>
      </w:pPr>
      <w:r>
        <w:rPr>
          <w:b/>
          <w:i w:val="0"/>
        </w:rPr>
        <w:t>Reference for [Name]</w:t>
      </w:r>
    </w:p>
    <w:p>
      <w:pPr>
        <w:spacing w:after="160"/>
      </w:pPr>
      <w:r>
        <w:rPr>
          <w:b w:val="0"/>
          <w:i w:val="0"/>
        </w:rPr>
        <w:t>Dear [Name],</w:t>
      </w:r>
    </w:p>
    <w:p>
      <w:pPr>
        <w:spacing w:after="160"/>
        <w:jc w:val="both"/>
      </w:pPr>
      <w:r>
        <w:rPr>
          <w:b w:val="0"/>
          <w:i w:val="0"/>
        </w:rPr>
        <w:t>I am pleased to provide this reference for [Name], who worked as [Job title] at [Company] from [start] to [end], reporting directly to me.</w:t>
      </w:r>
    </w:p>
    <w:p>
      <w:pPr>
        <w:spacing w:after="160"/>
        <w:jc w:val="both"/>
      </w:pPr>
      <w:r>
        <w:rPr>
          <w:b w:val="0"/>
          <w:i w:val="0"/>
        </w:rPr>
        <w:t>During this time [Name] was responsible for [main duties]. [He/She/They] consistently [describe performance], and in particular [specific example of excellent work or a result achieved].</w:t>
      </w:r>
    </w:p>
    <w:p>
      <w:pPr>
        <w:spacing w:after="160"/>
        <w:jc w:val="both"/>
      </w:pPr>
      <w:r>
        <w:rPr>
          <w:b w:val="0"/>
          <w:i w:val="0"/>
        </w:rPr>
        <w:t>[Name] is [three qualities: e.g. reliable, quick to learn and a natural team player]. [He/She/They] handled [difficult situation] with [quality].</w:t>
      </w:r>
    </w:p>
    <w:p>
      <w:pPr>
        <w:spacing w:after="160"/>
        <w:jc w:val="both"/>
      </w:pPr>
      <w:r>
        <w:rPr>
          <w:b w:val="0"/>
          <w:i w:val="0"/>
        </w:rPr>
        <w:t>I recommend [Name] without reservation and would be happy to answer any questions at [phone / e-mail].</w:t>
      </w:r>
    </w:p>
    <w:p>
      <w:pPr>
        <w:spacing w:before="80"/>
      </w:pPr>
      <w:r>
        <w:rPr>
          <w:b w:val="0"/>
          <w:i w:val="0"/>
        </w:rPr>
        <w:t>Yours sincerely,</w:t>
      </w:r>
    </w:p>
    <w:p>
      <w:pPr>
        <w:spacing w:after="360"/>
      </w:pPr>
    </w:p>
    <w:p>
      <w:pPr>
        <w:spacing w:after="0"/>
      </w:pPr>
      <w:r>
        <w:rPr>
          <w:b w:val="0"/>
          <w:i w:val="0"/>
        </w:rPr>
        <w:t>______________________________</w:t>
      </w:r>
    </w:p>
    <w:p>
      <w:pPr>
        <w:spacing w:after="0"/>
      </w:pPr>
      <w:r>
        <w:rPr>
          <w:b w:val="0"/>
          <w:i w:val="0"/>
          <w:color w:val="2255E0"/>
          <w:shd w:val="clear" w:color="auto" w:fill="FFF6D5"/>
        </w:rPr>
        <w:t>[Your name]</w:t>
      </w:r>
    </w:p>
    <w:p>
      <w:pPr>
        <w:spacing w:before="120"/>
      </w:pPr>
      <w:r>
        <w:rPr>
          <w:b w:val="0"/>
          <w:i/>
          <w:color w:val="808799"/>
          <w:sz w:val="16"/>
        </w:rPr>
        <w:t>Blue highlighted text = replace with your own. Delete this note before printing.</w:t>
      </w:r>
    </w:p>
    <w:sectPr w:rsidR="00FC693F" w:rsidRPr="0006063C" w:rsidSect="00034616">
      <w:pgSz w:w="11906" w:h="16838"/>
      <w:pgMar w:top="1247" w:right="1247" w:bottom="1247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B2A5B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B2A5B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32A3A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Reference / recommendation letter</dc:title>
  <dc:subject/>
  <dc:creator>free-printable.com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