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2255E0"/>
          <w:sz w:val="28"/>
          <w:shd w:val="clear" w:color="auto" w:fill="FFF6D5"/>
        </w:rPr>
        <w:t>[Your Name / Company]</w:t>
      </w:r>
    </w:p>
    <w:p>
      <w:pPr>
        <w:spacing w:after="40"/>
      </w:pPr>
      <w:r>
        <w:rPr>
          <w:b w:val="0"/>
          <w:i w:val="0"/>
          <w:color w:val="2255E0"/>
          <w:sz w:val="18"/>
          <w:shd w:val="clear" w:color="auto" w:fill="FFF6D5"/>
        </w:rPr>
        <w:t>[Street address] · [City, Postcode] · [Phone] · [E-mail]</w:t>
      </w:r>
    </w:p>
    <w:p>
      <w:pPr>
        <w:pBdr>
          <w:bottom w:val="single" w:sz="12" w:space="1" w:color="1B2A5B"/>
        </w:pBdr>
        <w:spacing w:after="120"/>
      </w:pPr>
    </w:p>
    <w:p>
      <w:pPr>
        <w:spacing w:after="120"/>
      </w:pP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[Customer name]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[Address]</w:t>
      </w:r>
    </w:p>
    <w:p>
      <w:pPr>
        <w:spacing w:after="160"/>
        <w:jc w:val="right"/>
      </w:pPr>
      <w:r>
        <w:rPr>
          <w:b w:val="0"/>
          <w:i w:val="0"/>
          <w:color w:val="2255E0"/>
          <w:shd w:val="clear" w:color="auto" w:fill="FFF6D5"/>
        </w:rPr>
        <w:t>[Date]</w:t>
      </w:r>
    </w:p>
    <w:p>
      <w:pPr>
        <w:spacing w:after="160"/>
      </w:pPr>
      <w:r>
        <w:rPr>
          <w:b/>
          <w:i w:val="0"/>
          <w:color w:val="1B2A5B"/>
          <w:sz w:val="26"/>
        </w:rPr>
        <w:t>Friendly reminder – invoice [number]</w:t>
      </w:r>
    </w:p>
    <w:p>
      <w:pPr>
        <w:spacing w:after="160"/>
      </w:pPr>
      <w:r>
        <w:rPr>
          <w:b w:val="0"/>
          <w:i w:val="0"/>
        </w:rPr>
        <w:t>Dear [Name],</w:t>
      </w:r>
    </w:p>
    <w:p>
      <w:pPr>
        <w:spacing w:after="160"/>
        <w:jc w:val="both"/>
      </w:pPr>
      <w:r>
        <w:rPr>
          <w:b w:val="0"/>
          <w:i w:val="0"/>
        </w:rPr>
        <w:t>According to our records, invoice [number] dated [date] for [amount] was due on [due date] and has not yet been paid. This may simply have been overlooked.</w:t>
      </w:r>
    </w:p>
    <w:p>
      <w:pPr>
        <w:spacing w:after="160"/>
        <w:jc w:val="both"/>
      </w:pPr>
      <w:r>
        <w:rPr>
          <w:b w:val="0"/>
          <w:i w:val="0"/>
        </w:rPr>
        <w:t>We would be grateful if you could settle the invoice within the next 7 days. If you have already paid, please disregard this letter.</w:t>
      </w:r>
    </w:p>
    <w:p>
      <w:pPr>
        <w:spacing w:after="160"/>
        <w:jc w:val="both"/>
      </w:pPr>
      <w:r>
        <w:rPr>
          <w:b w:val="0"/>
          <w:i w:val="0"/>
        </w:rPr>
        <w:t>Bank details: [IBAN / account]. If you have any questions about the invoice, just let us know.</w:t>
      </w:r>
    </w:p>
    <w:p>
      <w:pPr>
        <w:spacing w:before="80"/>
      </w:pPr>
      <w:r>
        <w:rPr>
          <w:b w:val="0"/>
          <w:i w:val="0"/>
        </w:rPr>
        <w:t>Yours sincerely,</w:t>
      </w:r>
    </w:p>
    <w:p>
      <w:pPr>
        <w:spacing w:after="360"/>
      </w:pPr>
    </w:p>
    <w:p>
      <w:pPr>
        <w:spacing w:after="0"/>
      </w:pPr>
      <w:r>
        <w:rPr>
          <w:b w:val="0"/>
          <w:i w:val="0"/>
        </w:rPr>
        <w:t>______________________________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[Your name]</w:t>
      </w:r>
    </w:p>
    <w:p>
      <w:r>
        <w:rPr>
          <w:b w:val="0"/>
          <w:i w:val="0"/>
          <w:color w:val="2255E0"/>
          <w:shd w:val="clear" w:color="auto" w:fill="FFF6D5"/>
        </w:rPr>
        <w:t>[Company]</w:t>
      </w:r>
    </w:p>
    <w:p>
      <w:r>
        <w:br w:type="page"/>
      </w:r>
    </w:p>
    <w:p>
      <w:pPr>
        <w:spacing w:after="0"/>
      </w:pPr>
      <w:r>
        <w:rPr>
          <w:b/>
          <w:i w:val="0"/>
          <w:color w:val="2255E0"/>
          <w:sz w:val="28"/>
          <w:shd w:val="clear" w:color="auto" w:fill="FFF6D5"/>
        </w:rPr>
        <w:t>[Your Name / Company]</w:t>
      </w:r>
    </w:p>
    <w:p>
      <w:pPr>
        <w:spacing w:after="40"/>
      </w:pPr>
      <w:r>
        <w:rPr>
          <w:b w:val="0"/>
          <w:i w:val="0"/>
          <w:color w:val="2255E0"/>
          <w:sz w:val="18"/>
          <w:shd w:val="clear" w:color="auto" w:fill="FFF6D5"/>
        </w:rPr>
        <w:t>[Street address] · [City, Postcode] · [Phone] · [E-mail]</w:t>
      </w:r>
    </w:p>
    <w:p>
      <w:pPr>
        <w:pBdr>
          <w:bottom w:val="single" w:sz="12" w:space="1" w:color="1B2A5B"/>
        </w:pBdr>
        <w:spacing w:after="120"/>
      </w:pPr>
    </w:p>
    <w:p>
      <w:pPr>
        <w:spacing w:after="120"/>
      </w:pP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[Customer name]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[Address]</w:t>
      </w:r>
    </w:p>
    <w:p>
      <w:pPr>
        <w:spacing w:after="160"/>
        <w:jc w:val="right"/>
      </w:pPr>
      <w:r>
        <w:rPr>
          <w:b w:val="0"/>
          <w:i w:val="0"/>
          <w:color w:val="2255E0"/>
          <w:shd w:val="clear" w:color="auto" w:fill="FFF6D5"/>
        </w:rPr>
        <w:t>[Date]</w:t>
      </w:r>
    </w:p>
    <w:p>
      <w:pPr>
        <w:spacing w:after="160"/>
      </w:pPr>
      <w:r>
        <w:rPr>
          <w:b/>
          <w:i w:val="0"/>
          <w:color w:val="1B2A5B"/>
          <w:sz w:val="26"/>
        </w:rPr>
        <w:t>Second reminder – invoice [number]</w:t>
      </w:r>
    </w:p>
    <w:p>
      <w:pPr>
        <w:spacing w:after="160"/>
      </w:pPr>
      <w:r>
        <w:rPr>
          <w:b w:val="0"/>
          <w:i w:val="0"/>
        </w:rPr>
        <w:t>Dear [Name],</w:t>
      </w:r>
    </w:p>
    <w:p>
      <w:pPr>
        <w:spacing w:after="160"/>
        <w:jc w:val="both"/>
      </w:pPr>
      <w:r>
        <w:rPr>
          <w:b w:val="0"/>
          <w:i w:val="0"/>
        </w:rPr>
        <w:t>Despite our reminder of [date], invoice [number] for [amount] remains unpaid. It is now [X] days overdue.</w:t>
      </w:r>
    </w:p>
    <w:p>
      <w:pPr>
        <w:spacing w:after="160"/>
        <w:jc w:val="both"/>
      </w:pPr>
      <w:r>
        <w:rPr>
          <w:b w:val="0"/>
          <w:i w:val="0"/>
        </w:rPr>
        <w:t>Please make payment within 7 days of the date of this letter. If there is a reason for the delay, please contact us so we can find a solution together.</w:t>
      </w:r>
    </w:p>
    <w:p>
      <w:pPr>
        <w:spacing w:after="160"/>
        <w:jc w:val="both"/>
      </w:pPr>
      <w:r>
        <w:rPr>
          <w:b w:val="0"/>
          <w:i w:val="0"/>
        </w:rPr>
        <w:t>We value our relationship and hope to resolve this quickly.</w:t>
      </w:r>
    </w:p>
    <w:p>
      <w:pPr>
        <w:spacing w:before="80"/>
      </w:pPr>
      <w:r>
        <w:rPr>
          <w:b w:val="0"/>
          <w:i w:val="0"/>
        </w:rPr>
        <w:t>Yours sincerely,</w:t>
      </w:r>
    </w:p>
    <w:p>
      <w:pPr>
        <w:spacing w:after="360"/>
      </w:pPr>
    </w:p>
    <w:p>
      <w:pPr>
        <w:spacing w:after="0"/>
      </w:pPr>
      <w:r>
        <w:rPr>
          <w:b w:val="0"/>
          <w:i w:val="0"/>
        </w:rPr>
        <w:t>______________________________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[Your name]</w:t>
      </w:r>
    </w:p>
    <w:p>
      <w:r>
        <w:rPr>
          <w:b w:val="0"/>
          <w:i w:val="0"/>
          <w:color w:val="2255E0"/>
          <w:shd w:val="clear" w:color="auto" w:fill="FFF6D5"/>
        </w:rPr>
        <w:t>[Company]</w:t>
      </w:r>
    </w:p>
    <w:p>
      <w:r>
        <w:br w:type="page"/>
      </w:r>
    </w:p>
    <w:p>
      <w:pPr>
        <w:spacing w:after="0"/>
      </w:pPr>
      <w:r>
        <w:rPr>
          <w:b/>
          <w:i w:val="0"/>
          <w:color w:val="2255E0"/>
          <w:sz w:val="28"/>
          <w:shd w:val="clear" w:color="auto" w:fill="FFF6D5"/>
        </w:rPr>
        <w:t>[Your Name / Company]</w:t>
      </w:r>
    </w:p>
    <w:p>
      <w:pPr>
        <w:spacing w:after="40"/>
      </w:pPr>
      <w:r>
        <w:rPr>
          <w:b w:val="0"/>
          <w:i w:val="0"/>
          <w:color w:val="2255E0"/>
          <w:sz w:val="18"/>
          <w:shd w:val="clear" w:color="auto" w:fill="FFF6D5"/>
        </w:rPr>
        <w:t>[Street address] · [City, Postcode] · [Phone] · [E-mail]</w:t>
      </w:r>
    </w:p>
    <w:p>
      <w:pPr>
        <w:pBdr>
          <w:bottom w:val="single" w:sz="12" w:space="1" w:color="1B2A5B"/>
        </w:pBdr>
        <w:spacing w:after="120"/>
      </w:pPr>
    </w:p>
    <w:p>
      <w:pPr>
        <w:spacing w:after="120"/>
      </w:pP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[Customer name]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[Address]</w:t>
      </w:r>
    </w:p>
    <w:p>
      <w:pPr>
        <w:spacing w:after="160"/>
        <w:jc w:val="right"/>
      </w:pPr>
      <w:r>
        <w:rPr>
          <w:b w:val="0"/>
          <w:i w:val="0"/>
          <w:color w:val="2255E0"/>
          <w:shd w:val="clear" w:color="auto" w:fill="FFF6D5"/>
        </w:rPr>
        <w:t>[Date]</w:t>
      </w:r>
    </w:p>
    <w:p>
      <w:pPr>
        <w:spacing w:after="160"/>
      </w:pPr>
      <w:r>
        <w:rPr>
          <w:b/>
          <w:i w:val="0"/>
          <w:color w:val="E63946"/>
          <w:sz w:val="26"/>
        </w:rPr>
        <w:t>Final demand – invoice [number]</w:t>
      </w:r>
    </w:p>
    <w:p>
      <w:pPr>
        <w:spacing w:after="160"/>
      </w:pPr>
      <w:r>
        <w:rPr>
          <w:b w:val="0"/>
          <w:i w:val="0"/>
        </w:rPr>
        <w:t>Dear [Name],</w:t>
      </w:r>
    </w:p>
    <w:p>
      <w:pPr>
        <w:spacing w:after="160"/>
        <w:jc w:val="both"/>
      </w:pPr>
      <w:r>
        <w:rPr>
          <w:b w:val="0"/>
          <w:i w:val="0"/>
        </w:rPr>
        <w:t>This is a final demand for payment of invoice [number] for [amount], now [X] days overdue, plus late-payment interest of [amount] and reminder fees of [amount], total [amount].</w:t>
      </w:r>
    </w:p>
    <w:p>
      <w:pPr>
        <w:spacing w:after="160"/>
        <w:jc w:val="both"/>
      </w:pPr>
      <w:r>
        <w:rPr>
          <w:b w:val="0"/>
          <w:i w:val="0"/>
        </w:rPr>
        <w:t>If full payment is not received by [date], we will [refer the debt to a collection agency / commence legal proceedings] without further notice, and additional costs will be charged to you.</w:t>
      </w:r>
    </w:p>
    <w:p>
      <w:pPr>
        <w:spacing w:after="160"/>
        <w:jc w:val="both"/>
      </w:pPr>
      <w:r>
        <w:rPr>
          <w:b w:val="0"/>
          <w:i w:val="0"/>
        </w:rPr>
        <w:t>To avoid this, pay now to [IBAN / account] quoting [reference].</w:t>
      </w:r>
    </w:p>
    <w:p>
      <w:pPr>
        <w:spacing w:before="80"/>
      </w:pPr>
      <w:r>
        <w:rPr>
          <w:b w:val="0"/>
          <w:i w:val="0"/>
        </w:rPr>
        <w:t>Yours sincerely,</w:t>
      </w:r>
    </w:p>
    <w:p>
      <w:pPr>
        <w:spacing w:after="360"/>
      </w:pPr>
    </w:p>
    <w:p>
      <w:pPr>
        <w:spacing w:after="0"/>
      </w:pPr>
      <w:r>
        <w:rPr>
          <w:b w:val="0"/>
          <w:i w:val="0"/>
        </w:rPr>
        <w:t>______________________________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[Your name]</w:t>
      </w:r>
    </w:p>
    <w:p>
      <w:r>
        <w:rPr>
          <w:b w:val="0"/>
          <w:i w:val="0"/>
          <w:color w:val="2255E0"/>
          <w:shd w:val="clear" w:color="auto" w:fill="FFF6D5"/>
        </w:rPr>
        <w:t>[Company]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reminder letters (3 stages)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