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255E0"/>
          <w:sz w:val="28"/>
          <w:shd w:val="clear" w:color="auto" w:fill="FFF6D5"/>
        </w:rPr>
        <w:t>[Your Name / Company]</w:t>
      </w:r>
    </w:p>
    <w:p>
      <w:pPr>
        <w:spacing w:after="40"/>
      </w:pPr>
      <w:r>
        <w:rPr>
          <w:b w:val="0"/>
          <w:i w:val="0"/>
          <w:color w:val="2255E0"/>
          <w:sz w:val="18"/>
          <w:shd w:val="clear" w:color="auto" w:fill="FFF6D5"/>
        </w:rPr>
        <w:t>[Street address] · [City, Postcode] · [Phone] · [E-mail]</w:t>
      </w:r>
    </w:p>
    <w:p>
      <w:pPr>
        <w:pBdr>
          <w:bottom w:val="single" w:sz="12" w:space="1" w:color="1B2A5B"/>
        </w:pBdr>
        <w:spacing w:after="120"/>
      </w:pPr>
    </w:p>
    <w:p>
      <w:pPr>
        <w:spacing w:after="120"/>
      </w:pP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[Recipient name]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[Company / organisation]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[Street address]</w:t>
      </w:r>
    </w:p>
    <w:p>
      <w:pPr>
        <w:spacing w:after="200"/>
      </w:pPr>
      <w:r>
        <w:rPr>
          <w:b w:val="0"/>
          <w:i w:val="0"/>
          <w:color w:val="2255E0"/>
          <w:shd w:val="clear" w:color="auto" w:fill="FFF6D5"/>
        </w:rPr>
        <w:t>[City, Postcode]</w:t>
      </w:r>
    </w:p>
    <w:p>
      <w:pPr>
        <w:spacing w:after="200"/>
        <w:jc w:val="right"/>
      </w:pPr>
      <w:r>
        <w:rPr>
          <w:b w:val="0"/>
          <w:i w:val="0"/>
          <w:color w:val="2255E0"/>
          <w:shd w:val="clear" w:color="auto" w:fill="FFF6D5"/>
        </w:rPr>
        <w:t>[Date]</w:t>
      </w:r>
    </w:p>
    <w:p>
      <w:pPr>
        <w:spacing w:after="160"/>
      </w:pPr>
      <w:r>
        <w:rPr>
          <w:b/>
          <w:i w:val="0"/>
        </w:rPr>
        <w:t>Notice to vacate – [property address]</w:t>
      </w:r>
    </w:p>
    <w:p>
      <w:pPr>
        <w:spacing w:after="160"/>
      </w:pPr>
      <w:r>
        <w:rPr>
          <w:b w:val="0"/>
          <w:i w:val="0"/>
        </w:rPr>
        <w:t>Dear [Name],</w:t>
      </w:r>
    </w:p>
    <w:p>
      <w:pPr>
        <w:spacing w:after="160"/>
        <w:jc w:val="both"/>
      </w:pPr>
      <w:r>
        <w:rPr>
          <w:b w:val="0"/>
          <w:i w:val="0"/>
        </w:rPr>
        <w:t>I am writing to give you [30 / 60 / 90] days' notice that I will be vacating [property address] on [move-out date], in accordance with the terms of my tenancy agreement dated [date].</w:t>
      </w:r>
    </w:p>
    <w:p>
      <w:pPr>
        <w:spacing w:after="160"/>
        <w:jc w:val="both"/>
      </w:pPr>
      <w:r>
        <w:rPr>
          <w:b w:val="0"/>
          <w:i w:val="0"/>
        </w:rPr>
        <w:t>I will leave the property clean and in good condition, and I am happy to arrange a final inspection at a convenient time before I leave.</w:t>
      </w:r>
    </w:p>
    <w:p>
      <w:pPr>
        <w:spacing w:after="160"/>
        <w:jc w:val="both"/>
      </w:pPr>
      <w:r>
        <w:rPr>
          <w:b w:val="0"/>
          <w:i w:val="0"/>
        </w:rPr>
        <w:t>Please return my security deposit of [amount] to [account details / address] within the period required by law. My forwarding address will be [address].</w:t>
      </w:r>
    </w:p>
    <w:p>
      <w:pPr>
        <w:spacing w:after="160"/>
        <w:jc w:val="both"/>
      </w:pPr>
      <w:r>
        <w:rPr>
          <w:b w:val="0"/>
          <w:i w:val="0"/>
        </w:rPr>
        <w:t>Thank you for [being a responsive landlord / the tenancy]. Please confirm receipt of this notice.</w:t>
      </w:r>
    </w:p>
    <w:p>
      <w:pPr>
        <w:spacing w:before="80"/>
      </w:pPr>
      <w:r>
        <w:rPr>
          <w:b w:val="0"/>
          <w:i w:val="0"/>
        </w:rPr>
        <w:t>Yours sincerely,</w:t>
      </w:r>
    </w:p>
    <w:p>
      <w:pPr>
        <w:spacing w:after="360"/>
      </w:pPr>
    </w:p>
    <w:p>
      <w:pPr>
        <w:spacing w:after="0"/>
      </w:pPr>
      <w:r>
        <w:rPr>
          <w:b w:val="0"/>
          <w:i w:val="0"/>
        </w:rPr>
        <w:t>______________________________</w:t>
      </w:r>
    </w:p>
    <w:p>
      <w:pPr>
        <w:spacing w:after="0"/>
      </w:pPr>
      <w:r>
        <w:rPr>
          <w:b w:val="0"/>
          <w:i w:val="0"/>
          <w:color w:val="2255E0"/>
          <w:shd w:val="clear" w:color="auto" w:fill="FFF6D5"/>
        </w:rPr>
        <w:t>[Your name]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pgSz w:w="11906" w:h="16838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vacate (tenant to landlord)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