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Zahlungserinnerung – Rechnung Nr. [Nummer] vom [Datum]</w:t>
      </w:r>
    </w:p>
    <w:p>
      <w:pPr>
        <w:spacing w:after="160"/>
      </w:pPr>
      <w:r>
        <w:rPr>
          <w:b w:val="0"/>
          <w:i w:val="0"/>
        </w:rPr>
        <w:t>Sehr geehrte Damen und Herren,</w:t>
      </w:r>
    </w:p>
    <w:p>
      <w:pPr>
        <w:spacing w:after="160"/>
        <w:jc w:val="both"/>
      </w:pPr>
      <w:r>
        <w:rPr>
          <w:b w:val="0"/>
          <w:i w:val="0"/>
        </w:rPr>
        <w:t>bei der Durchsicht unserer Unterlagen haben wir festgestellt, dass die oben genannte Rechnung über [Betrag] mit Fälligkeit zum [Datum] noch nicht beglichen wurde. Sicher haben Sie dies nur übersehen.</w:t>
      </w:r>
    </w:p>
    <w:p>
      <w:pPr>
        <w:spacing w:after="160"/>
        <w:jc w:val="both"/>
      </w:pPr>
      <w:r>
        <w:rPr>
          <w:b w:val="0"/>
          <w:i w:val="0"/>
        </w:rPr>
        <w:t>Wir bitten Sie, den offenen Betrag innerhalb von 7 Tagen auf unser Konto [IBAN] unter Angabe der Rechnungsnummer zu überweisen. Sollte sich Ihre Zahlung mit diesem Schreiben überschnitten haben, betrachten Sie es bitte als gegenstandslos.</w:t>
      </w:r>
    </w:p>
    <w:p>
      <w:pPr>
        <w:spacing w:after="160"/>
        <w:jc w:val="both"/>
      </w:pPr>
      <w:r>
        <w:rPr>
          <w:b w:val="0"/>
          <w:i w:val="0"/>
        </w:rPr>
        <w:t>Bei Fragen zur Rechnung stehen wir Ihnen gerne zur Verfügung.</w:t>
      </w:r>
    </w:p>
    <w:p>
      <w:pPr>
        <w:spacing w:before="80"/>
      </w:pPr>
      <w:r>
        <w:rPr>
          <w:b w:val="0"/>
          <w:i w:val="0"/>
        </w:rPr>
        <w:t>Mit freundlichen Grüßen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Blau hinterlegter Text = durch eigene Angaben ersetzen. Hinweis vor dem Drucken löschen.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 (Zahlungserinnerung) (German)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