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Letter of intent – [transaction / project]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This letter sets out the intention of [Party A] to [purchase / lease / partner with] [Party B] in respect of [subject], subject to the terms below and to a definitive agreement.</w:t>
      </w:r>
    </w:p>
    <w:p>
      <w:pPr>
        <w:spacing w:after="160"/>
        <w:jc w:val="both"/>
      </w:pPr>
      <w:r>
        <w:rPr>
          <w:b w:val="0"/>
          <w:i w:val="0"/>
        </w:rPr>
        <w:t>Proposed key terms: price / consideration of [amount]; timeline: [dates]; conditions: [due diligence, financing, approvals]; exclusivity until [date].</w:t>
      </w:r>
    </w:p>
    <w:p>
      <w:pPr>
        <w:spacing w:after="160"/>
        <w:jc w:val="both"/>
      </w:pPr>
      <w:r>
        <w:rPr>
          <w:b w:val="0"/>
          <w:i w:val="0"/>
        </w:rPr>
        <w:t>Except for the confidentiality and exclusivity provisions, this letter is not legally binding and does not oblige either party to complete the transaction.</w:t>
      </w:r>
    </w:p>
    <w:p>
      <w:pPr>
        <w:spacing w:after="160"/>
        <w:jc w:val="both"/>
      </w:pPr>
      <w:r>
        <w:rPr>
          <w:b w:val="0"/>
          <w:i w:val="0"/>
        </w:rPr>
        <w:t>If these terms are acceptable, please sign and return a copy of this letter by [date].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