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2255E0"/>
          <w:sz w:val="28"/>
          <w:shd w:val="clear" w:color="auto" w:fill="FFF6D5"/>
        </w:rPr>
        <w:t>[Your Name / Company]</w:t>
      </w:r>
    </w:p>
    <w:p>
      <w:pPr>
        <w:spacing w:after="40"/>
      </w:pPr>
      <w:r>
        <w:rPr>
          <w:b w:val="0"/>
          <w:i w:val="0"/>
          <w:color w:val="2255E0"/>
          <w:sz w:val="18"/>
          <w:shd w:val="clear" w:color="auto" w:fill="FFF6D5"/>
        </w:rPr>
        <w:t>[Street address] · [City, Postcode] · [Phone] · [E-mail]</w:t>
      </w:r>
    </w:p>
    <w:p>
      <w:pPr>
        <w:pBdr>
          <w:bottom w:val="single" w:sz="12" w:space="1" w:color="1B2A5B"/>
        </w:pBdr>
        <w:spacing w:after="120"/>
      </w:pPr>
    </w:p>
    <w:p>
      <w:pPr>
        <w:spacing w:after="120"/>
      </w:pP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[Recipient name]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[Company / organisation]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[Street address]</w:t>
      </w:r>
    </w:p>
    <w:p>
      <w:pPr>
        <w:spacing w:after="200"/>
      </w:pPr>
      <w:r>
        <w:rPr>
          <w:b w:val="0"/>
          <w:i w:val="0"/>
          <w:color w:val="2255E0"/>
          <w:shd w:val="clear" w:color="auto" w:fill="FFF6D5"/>
        </w:rPr>
        <w:t>[City, Postcode]</w:t>
      </w:r>
    </w:p>
    <w:p>
      <w:pPr>
        <w:spacing w:after="200"/>
        <w:jc w:val="right"/>
      </w:pPr>
      <w:r>
        <w:rPr>
          <w:b w:val="0"/>
          <w:i w:val="0"/>
          <w:color w:val="2255E0"/>
          <w:shd w:val="clear" w:color="auto" w:fill="FFF6D5"/>
        </w:rPr>
        <w:t>[Date]</w:t>
      </w:r>
    </w:p>
    <w:p>
      <w:pPr>
        <w:spacing w:after="160"/>
      </w:pPr>
      <w:r>
        <w:rPr>
          <w:b/>
          <w:i w:val="0"/>
        </w:rPr>
        <w:t>Entschuldigung für [Name des Kindes], Klasse [Klasse]</w:t>
      </w:r>
    </w:p>
    <w:p>
      <w:pPr>
        <w:spacing w:after="160"/>
      </w:pPr>
      <w:r>
        <w:rPr>
          <w:b w:val="0"/>
          <w:i w:val="0"/>
        </w:rPr>
        <w:t>Sehr geehrte/r Frau/Herr [Name],</w:t>
      </w:r>
    </w:p>
    <w:p>
      <w:pPr>
        <w:spacing w:after="160"/>
        <w:jc w:val="both"/>
      </w:pPr>
      <w:r>
        <w:rPr>
          <w:b w:val="0"/>
          <w:i w:val="0"/>
        </w:rPr>
        <w:t>hiermit entschuldige ich das Fehlen meines Kindes [Name] am [Datum / vom … bis …]. [Name] konnte wegen [Krankheit / Arzttermin / familiärer Grund] nicht am Unterricht teilnehmen.</w:t>
      </w:r>
    </w:p>
    <w:p>
      <w:pPr>
        <w:spacing w:after="160"/>
        <w:jc w:val="both"/>
      </w:pPr>
      <w:r>
        <w:rPr>
          <w:b w:val="0"/>
          <w:i w:val="0"/>
        </w:rPr>
        <w:t>Versäumten Unterrichtsstoff wird [Name] selbstständig nacharbeiten. Ein ärztliches Attest [liegt bei / reichen wir nach].</w:t>
      </w:r>
    </w:p>
    <w:p>
      <w:pPr>
        <w:spacing w:after="160"/>
        <w:jc w:val="both"/>
      </w:pPr>
      <w:r>
        <w:rPr>
          <w:b w:val="0"/>
          <w:i w:val="0"/>
        </w:rPr>
        <w:t>Vielen Dank für Ihr Verständnis.</w:t>
      </w:r>
    </w:p>
    <w:p>
      <w:pPr>
        <w:spacing w:before="80"/>
      </w:pPr>
      <w:r>
        <w:rPr>
          <w:b w:val="0"/>
          <w:i w:val="0"/>
        </w:rPr>
        <w:t>Mit freundlichen Grüßen</w:t>
      </w:r>
    </w:p>
    <w:p>
      <w:pPr>
        <w:spacing w:after="360"/>
      </w:pPr>
    </w:p>
    <w:p>
      <w:pPr>
        <w:spacing w:after="0"/>
      </w:pPr>
      <w:r>
        <w:rPr>
          <w:b w:val="0"/>
          <w:i w:val="0"/>
        </w:rPr>
        <w:t>______________________________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[Your name]</w:t>
      </w:r>
    </w:p>
    <w:p>
      <w:pPr>
        <w:spacing w:before="120"/>
      </w:pPr>
      <w:r>
        <w:rPr>
          <w:b w:val="0"/>
          <w:i/>
          <w:color w:val="808799"/>
          <w:sz w:val="16"/>
        </w:rPr>
        <w:t>Blau hinterlegter Text = durch eigene Angaben ersetzen. Hinweis vor dem Drucken löschen.</w:t>
      </w:r>
    </w:p>
    <w:sectPr w:rsidR="00FC693F" w:rsidRPr="0006063C" w:rsidSect="00034616">
      <w:pgSz w:w="11906" w:h="16838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Entschuldigung für die Schule (German)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