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2255E0"/>
          <w:sz w:val="28"/>
          <w:shd w:val="clear" w:color="auto" w:fill="FFF6D5"/>
        </w:rPr>
        <w:t>[Your Name / Company]</w:t>
      </w:r>
    </w:p>
    <w:p>
      <w:pPr>
        <w:spacing w:after="40"/>
      </w:pPr>
      <w:r>
        <w:rPr>
          <w:b w:val="0"/>
          <w:i w:val="0"/>
          <w:color w:val="2255E0"/>
          <w:sz w:val="18"/>
          <w:shd w:val="clear" w:color="auto" w:fill="FFF6D5"/>
        </w:rPr>
        <w:t>[Street address] · [City, Postcode] · [Phone] · [E-mail]</w:t>
      </w:r>
    </w:p>
    <w:p>
      <w:pPr>
        <w:pBdr>
          <w:bottom w:val="single" w:sz="12" w:space="1" w:color="1B2A5B"/>
        </w:pBdr>
        <w:spacing w:after="120"/>
      </w:pPr>
    </w:p>
    <w:p>
      <w:pPr>
        <w:spacing w:after="120"/>
      </w:pP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[Recipient name]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[Company / organisation]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[Street address]</w:t>
      </w:r>
    </w:p>
    <w:p>
      <w:pPr>
        <w:spacing w:after="200"/>
      </w:pPr>
      <w:r>
        <w:rPr>
          <w:b w:val="0"/>
          <w:i w:val="0"/>
          <w:color w:val="2255E0"/>
          <w:shd w:val="clear" w:color="auto" w:fill="FFF6D5"/>
        </w:rPr>
        <w:t>[City, Postcode]</w:t>
      </w:r>
    </w:p>
    <w:p>
      <w:pPr>
        <w:spacing w:after="200"/>
        <w:jc w:val="right"/>
      </w:pPr>
      <w:r>
        <w:rPr>
          <w:b w:val="0"/>
          <w:i w:val="0"/>
          <w:color w:val="2255E0"/>
          <w:shd w:val="clear" w:color="auto" w:fill="FFF6D5"/>
        </w:rPr>
        <w:t>[Date]</w:t>
      </w:r>
    </w:p>
    <w:p>
      <w:pPr>
        <w:spacing w:after="160"/>
      </w:pPr>
      <w:r>
        <w:rPr>
          <w:b/>
          <w:i w:val="0"/>
        </w:rPr>
        <w:t>Bewerbung als [Position], Referenz [Nummer]</w:t>
      </w:r>
    </w:p>
    <w:p>
      <w:pPr>
        <w:spacing w:after="160"/>
      </w:pPr>
      <w:r>
        <w:rPr>
          <w:b w:val="0"/>
          <w:i w:val="0"/>
        </w:rPr>
        <w:t>Sehr geehrte Damen und Herren,</w:t>
      </w:r>
    </w:p>
    <w:p>
      <w:pPr>
        <w:spacing w:after="160"/>
        <w:jc w:val="both"/>
      </w:pPr>
      <w:r>
        <w:rPr>
          <w:b w:val="0"/>
          <w:i w:val="0"/>
        </w:rPr>
        <w:t>mit großem Interesse habe ich Ihre Stellenanzeige auf [Portal / Website] gelesen. Als [Berufsbezeichnung] mit [X Jahren] Erfahrung in [Bereich] bringe ich genau die Qualifikationen mit, die Sie suchen.</w:t>
      </w:r>
    </w:p>
    <w:p>
      <w:pPr>
        <w:spacing w:after="160"/>
        <w:jc w:val="both"/>
      </w:pPr>
      <w:r>
        <w:rPr>
          <w:b w:val="0"/>
          <w:i w:val="0"/>
        </w:rPr>
        <w:t>In meiner jetzigen Position bei [Arbeitgeber] bin ich verantwortlich für [Aufgaben]. Besonders stolz bin ich auf [konkreter Erfolg mit Zahlen], wodurch [Ergebnis].</w:t>
      </w:r>
    </w:p>
    <w:p>
      <w:pPr>
        <w:spacing w:after="160"/>
        <w:jc w:val="both"/>
      </w:pPr>
      <w:r>
        <w:rPr>
          <w:b w:val="0"/>
          <w:i w:val="0"/>
        </w:rPr>
        <w:t>[Unternehmen] überzeugt mich durch [konkreter Grund]. Gerne bringe ich meine Erfahrung in [Bereich] und meine [Stärken] in Ihr Team ein. Mein frühestmöglicher Eintrittstermin ist der [Datum]; meine Gehaltsvorstellung liegt bei [Betrag] brutto jährlich.</w:t>
      </w:r>
    </w:p>
    <w:p>
      <w:pPr>
        <w:spacing w:after="160"/>
        <w:jc w:val="both"/>
      </w:pPr>
      <w:r>
        <w:rPr>
          <w:b w:val="0"/>
          <w:i w:val="0"/>
        </w:rPr>
        <w:t>Über eine Einladung zu einem persönlichen Gespräch freue ich mich sehr.</w:t>
      </w:r>
    </w:p>
    <w:p>
      <w:pPr>
        <w:spacing w:before="80"/>
      </w:pPr>
      <w:r>
        <w:rPr>
          <w:b w:val="0"/>
          <w:i w:val="0"/>
        </w:rPr>
        <w:t>Mit freundlichen Grüßen</w:t>
      </w:r>
    </w:p>
    <w:p>
      <w:pPr>
        <w:spacing w:after="360"/>
      </w:pPr>
    </w:p>
    <w:p>
      <w:pPr>
        <w:spacing w:after="0"/>
      </w:pPr>
      <w:r>
        <w:rPr>
          <w:b w:val="0"/>
          <w:i w:val="0"/>
        </w:rPr>
        <w:t>______________________________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[Your name]</w:t>
      </w:r>
    </w:p>
    <w:p>
      <w:pPr>
        <w:spacing w:before="120"/>
      </w:pPr>
      <w:r>
        <w:rPr>
          <w:b w:val="0"/>
          <w:i/>
          <w:color w:val="808799"/>
          <w:sz w:val="16"/>
        </w:rPr>
        <w:t>Blau hinterlegter Text = durch eigene Angaben ersetzen. Hinweis vor dem Drucken löschen.</w:t>
      </w:r>
    </w:p>
    <w:sectPr w:rsidR="00FC693F" w:rsidRPr="0006063C" w:rsidSect="00034616">
      <w:pgSz w:w="11906" w:h="16838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Bewerbungsanschreiben (German)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