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Authorisation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I, [Your full name], holder of [ID / passport number], hereby authorise [Name of authorised person], holder of [ID number], to act on my behalf in the matter of [specific task, e.g. collecting documents / signing X / representing me at Y].</w:t>
      </w:r>
    </w:p>
    <w:p>
      <w:pPr>
        <w:spacing w:after="160"/>
        <w:jc w:val="both"/>
      </w:pPr>
      <w:r>
        <w:rPr>
          <w:b w:val="0"/>
          <w:i w:val="0"/>
        </w:rPr>
        <w:t>This authorisation is valid from [date] to [date] and is limited to the matter described above.</w:t>
      </w:r>
    </w:p>
    <w:p>
      <w:pPr>
        <w:spacing w:after="160"/>
        <w:jc w:val="both"/>
      </w:pPr>
      <w:r>
        <w:rPr>
          <w:b w:val="0"/>
          <w:i w:val="0"/>
        </w:rPr>
        <w:t>Please provide the authorised person with all reasonable assistance. A copy of my identification is attached.</w:t>
      </w:r>
    </w:p>
    <w:p>
      <w:pPr>
        <w:spacing w:after="160"/>
        <w:jc w:val="both"/>
      </w:pPr>
      <w:r>
        <w:rPr>
          <w:b w:val="0"/>
          <w:i w:val="0"/>
        </w:rPr>
        <w:t>For any questions, I can be reached at [phone / e-mail].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Authorisation letter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