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28"/>
        <w:gridCol w:w="170"/>
        <w:gridCol w:w="1928"/>
        <w:gridCol w:w="170"/>
        <w:gridCol w:w="1928"/>
        <w:gridCol w:w="170"/>
        <w:gridCol w:w="1928"/>
        <w:gridCol w:w="170"/>
        <w:gridCol w:w="1928"/>
      </w:tblGrid>
      <w:tr>
        <w:trPr>
          <w:trHeight w:val="10205" w:hRule="exact"/>
        </w:trPr>
        <w:tc>
          <w:tcPr>
            <w:tcW w:type="dxa" w:w="1928"/>
            <w:vAlign w:val="center"/>
            <w:tcBorders>
              <w:top w:val="dashed" w:sz="4" w:color="BBBBBB"/>
              <w:left w:val="dashed" w:sz="4" w:color="BBBBBB"/>
              <w:bottom w:val="dashed" w:sz="4" w:color="BBBBBB"/>
              <w:right w:val="dashed" w:sz="4" w:color="BBBBBB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shd w:val="clear" w:color="auto" w:fill="FF5C8A"/>
          </w:tcPr>
          <w:p>
            <w:pPr>
              <w:spacing w:after="600"/>
              <w:jc w:val="center"/>
            </w:pPr>
            <w:r/>
            <w:r>
              <w:rPr>
                <w:b/>
                <w:color w:val="2255E0"/>
                <w:sz w:val="20"/>
                <w:shd w:val="clear" w:color="auto" w:fill="FFF6D5"/>
              </w:rPr>
              <w:br/>
              <w:br/>
              <w:br/>
              <w:br/>
              <w:br/>
              <w:br/>
              <w:br/>
              <w:br/>
              <w:br/>
              <w:br/>
              <w:t>[Quote or</w:t>
              <w:br/>
              <w:t>message]</w:t>
            </w:r>
          </w:p>
          <w:p>
            <w:pPr>
              <w:spacing w:after="0"/>
              <w:jc w:val="center"/>
            </w:pPr>
            <w:r>
              <w:rPr>
                <w:b w:val="0"/>
                <w:color w:val="2255E0"/>
                <w:sz w:val="18"/>
                <w:shd w:val="clear" w:color="auto" w:fill="FFF6D5"/>
              </w:rPr>
              <w:t>[Name]</w:t>
            </w:r>
          </w:p>
        </w:tc>
        <w:tc>
          <w:tcPr>
            <w:tcW w:type="dxa" w:w="170"/>
            <w:vAlign w:val="center"/>
            <w:tcBorders>
              <w:top w:val="nil" w:sz="4" w:color="D9DDE8"/>
              <w:left w:val="nil" w:sz="4" w:color="D9DDE8"/>
              <w:bottom w:val="nil" w:sz="4" w:color="D9DDE8"/>
              <w:right w:val="nil" w:sz="4" w:color="D9DDE8"/>
            </w:tcBorders>
          </w:tcPr>
          <w:p>
            <w:r/>
          </w:p>
        </w:tc>
        <w:tc>
          <w:tcPr>
            <w:tcW w:type="dxa" w:w="1928"/>
            <w:vAlign w:val="center"/>
            <w:tcBorders>
              <w:top w:val="dashed" w:sz="4" w:color="BBBBBB"/>
              <w:left w:val="dashed" w:sz="4" w:color="BBBBBB"/>
              <w:bottom w:val="dashed" w:sz="4" w:color="BBBBBB"/>
              <w:right w:val="dashed" w:sz="4" w:color="BBBBBB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shd w:val="clear" w:color="auto" w:fill="2255E0"/>
          </w:tcPr>
          <w:p>
            <w:pPr>
              <w:spacing w:after="600"/>
              <w:jc w:val="center"/>
            </w:pPr>
            <w:r/>
            <w:r>
              <w:rPr>
                <w:b/>
                <w:color w:val="2255E0"/>
                <w:sz w:val="20"/>
                <w:shd w:val="clear" w:color="auto" w:fill="FFF6D5"/>
              </w:rPr>
              <w:br/>
              <w:br/>
              <w:br/>
              <w:br/>
              <w:br/>
              <w:br/>
              <w:br/>
              <w:br/>
              <w:br/>
              <w:br/>
              <w:t>[Quote or</w:t>
              <w:br/>
              <w:t>message]</w:t>
            </w:r>
          </w:p>
          <w:p>
            <w:pPr>
              <w:spacing w:after="0"/>
              <w:jc w:val="center"/>
            </w:pPr>
            <w:r>
              <w:rPr>
                <w:b w:val="0"/>
                <w:color w:val="2255E0"/>
                <w:sz w:val="18"/>
                <w:shd w:val="clear" w:color="auto" w:fill="FFF6D5"/>
              </w:rPr>
              <w:t>[Name]</w:t>
            </w:r>
          </w:p>
        </w:tc>
        <w:tc>
          <w:tcPr>
            <w:tcW w:type="dxa" w:w="170"/>
            <w:vAlign w:val="center"/>
            <w:tcBorders>
              <w:top w:val="nil" w:sz="4" w:color="D9DDE8"/>
              <w:left w:val="nil" w:sz="4" w:color="D9DDE8"/>
              <w:bottom w:val="nil" w:sz="4" w:color="D9DDE8"/>
              <w:right w:val="nil" w:sz="4" w:color="D9DDE8"/>
            </w:tcBorders>
          </w:tcPr>
          <w:p>
            <w:r/>
          </w:p>
        </w:tc>
        <w:tc>
          <w:tcPr>
            <w:tcW w:type="dxa" w:w="1928"/>
            <w:vAlign w:val="center"/>
            <w:tcBorders>
              <w:top w:val="dashed" w:sz="4" w:color="BBBBBB"/>
              <w:left w:val="dashed" w:sz="4" w:color="BBBBBB"/>
              <w:bottom w:val="dashed" w:sz="4" w:color="BBBBBB"/>
              <w:right w:val="dashed" w:sz="4" w:color="BBBBBB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shd w:val="clear" w:color="auto" w:fill="28B59A"/>
          </w:tcPr>
          <w:p>
            <w:pPr>
              <w:spacing w:after="600"/>
              <w:jc w:val="center"/>
            </w:pPr>
            <w:r/>
            <w:r>
              <w:rPr>
                <w:b/>
                <w:color w:val="2255E0"/>
                <w:sz w:val="20"/>
                <w:shd w:val="clear" w:color="auto" w:fill="FFF6D5"/>
              </w:rPr>
              <w:br/>
              <w:br/>
              <w:br/>
              <w:br/>
              <w:br/>
              <w:br/>
              <w:br/>
              <w:br/>
              <w:br/>
              <w:br/>
              <w:t>[Quote or</w:t>
              <w:br/>
              <w:t>message]</w:t>
            </w:r>
          </w:p>
          <w:p>
            <w:pPr>
              <w:spacing w:after="0"/>
              <w:jc w:val="center"/>
            </w:pPr>
            <w:r>
              <w:rPr>
                <w:b w:val="0"/>
                <w:color w:val="2255E0"/>
                <w:sz w:val="18"/>
                <w:shd w:val="clear" w:color="auto" w:fill="FFF6D5"/>
              </w:rPr>
              <w:t>[Name]</w:t>
            </w:r>
          </w:p>
        </w:tc>
        <w:tc>
          <w:tcPr>
            <w:tcW w:type="dxa" w:w="170"/>
            <w:vAlign w:val="center"/>
            <w:tcBorders>
              <w:top w:val="nil" w:sz="4" w:color="D9DDE8"/>
              <w:left w:val="nil" w:sz="4" w:color="D9DDE8"/>
              <w:bottom w:val="nil" w:sz="4" w:color="D9DDE8"/>
              <w:right w:val="nil" w:sz="4" w:color="D9DDE8"/>
            </w:tcBorders>
          </w:tcPr>
          <w:p>
            <w:r/>
          </w:p>
        </w:tc>
        <w:tc>
          <w:tcPr>
            <w:tcW w:type="dxa" w:w="1928"/>
            <w:vAlign w:val="center"/>
            <w:tcBorders>
              <w:top w:val="dashed" w:sz="4" w:color="BBBBBB"/>
              <w:left w:val="dashed" w:sz="4" w:color="BBBBBB"/>
              <w:bottom w:val="dashed" w:sz="4" w:color="BBBBBB"/>
              <w:right w:val="dashed" w:sz="4" w:color="BBBBBB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shd w:val="clear" w:color="auto" w:fill="FFD166"/>
          </w:tcPr>
          <w:p>
            <w:pPr>
              <w:spacing w:after="600"/>
              <w:jc w:val="center"/>
            </w:pPr>
            <w:r/>
            <w:r>
              <w:rPr>
                <w:b/>
                <w:color w:val="2255E0"/>
                <w:sz w:val="20"/>
                <w:shd w:val="clear" w:color="auto" w:fill="FFF6D5"/>
              </w:rPr>
              <w:br/>
              <w:br/>
              <w:br/>
              <w:br/>
              <w:br/>
              <w:br/>
              <w:br/>
              <w:br/>
              <w:br/>
              <w:br/>
              <w:t>[Quote or</w:t>
              <w:br/>
              <w:t>message]</w:t>
            </w:r>
          </w:p>
          <w:p>
            <w:pPr>
              <w:spacing w:after="0"/>
              <w:jc w:val="center"/>
            </w:pPr>
            <w:r>
              <w:rPr>
                <w:b w:val="0"/>
                <w:color w:val="2255E0"/>
                <w:sz w:val="18"/>
                <w:shd w:val="clear" w:color="auto" w:fill="FFF6D5"/>
              </w:rPr>
              <w:t>[Name]</w:t>
            </w:r>
          </w:p>
        </w:tc>
        <w:tc>
          <w:tcPr>
            <w:tcW w:type="dxa" w:w="170"/>
            <w:vAlign w:val="center"/>
            <w:tcBorders>
              <w:top w:val="nil" w:sz="4" w:color="D9DDE8"/>
              <w:left w:val="nil" w:sz="4" w:color="D9DDE8"/>
              <w:bottom w:val="nil" w:sz="4" w:color="D9DDE8"/>
              <w:right w:val="nil" w:sz="4" w:color="D9DDE8"/>
            </w:tcBorders>
          </w:tcPr>
          <w:p>
            <w:r/>
          </w:p>
        </w:tc>
        <w:tc>
          <w:tcPr>
            <w:tcW w:type="dxa" w:w="1928"/>
            <w:vAlign w:val="center"/>
            <w:tcBorders>
              <w:top w:val="dashed" w:sz="4" w:color="BBBBBB"/>
              <w:left w:val="dashed" w:sz="4" w:color="BBBBBB"/>
              <w:bottom w:val="dashed" w:sz="4" w:color="BBBBBB"/>
              <w:right w:val="dashed" w:sz="4" w:color="BBBBBB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shd w:val="clear" w:color="auto" w:fill="7C5CFF"/>
          </w:tcPr>
          <w:p>
            <w:pPr>
              <w:spacing w:after="600"/>
              <w:jc w:val="center"/>
            </w:pPr>
            <w:r/>
            <w:r>
              <w:rPr>
                <w:b/>
                <w:color w:val="2255E0"/>
                <w:sz w:val="20"/>
                <w:shd w:val="clear" w:color="auto" w:fill="FFF6D5"/>
              </w:rPr>
              <w:br/>
              <w:br/>
              <w:br/>
              <w:br/>
              <w:br/>
              <w:br/>
              <w:br/>
              <w:br/>
              <w:br/>
              <w:br/>
              <w:t>[Quote or</w:t>
              <w:br/>
              <w:t>message]</w:t>
            </w:r>
          </w:p>
          <w:p>
            <w:pPr>
              <w:spacing w:after="0"/>
              <w:jc w:val="center"/>
            </w:pPr>
            <w:r>
              <w:rPr>
                <w:b w:val="0"/>
                <w:color w:val="2255E0"/>
                <w:sz w:val="18"/>
                <w:shd w:val="clear" w:color="auto" w:fill="FFF6D5"/>
              </w:rPr>
              <w:t>[Name]</w:t>
            </w:r>
          </w:p>
        </w:tc>
      </w:tr>
    </w:tbl>
    <w:sectPr w:rsidR="00FC693F" w:rsidRPr="0006063C" w:rsidSect="00034616">
      <w:pgSz w:w="11906" w:h="16838"/>
      <w:pgMar w:top="850" w:right="794" w:bottom="283" w:left="7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/>
    </w:pPr>
    <w:rPr>
      <w:rFonts w:ascii="Arial" w:hAnsi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0" w:after="12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1B2A5B"/>
      <w:sz w:val="4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1B2A5B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232A3A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Bookmarks (5 per page)</dc:title>
  <dc:subject/>
  <dc:creator>free-printable.com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