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B2A5B"/>
          <w:sz w:val="44"/>
        </w:rPr>
        <w:t>Bill of sale (general items)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[Date]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60"/>
        <w:jc w:val="both"/>
      </w:pPr>
      <w:r>
        <w:rPr>
          <w:b w:val="0"/>
          <w:i w:val="0"/>
          <w:color w:val="2255E0"/>
          <w:shd w:val="clear" w:color="auto" w:fill="FFF6D5"/>
        </w:rPr>
        <w:t>This agreement is made on [date] between [Seller name, address] (the Seller) and [Buyer name, address] (the Buyer).</w:t>
      </w:r>
    </w:p>
    <w:p>
      <w:pPr>
        <w:pStyle w:val="Heading3"/>
      </w:pPr>
      <w:r>
        <w:t>1. Item(s)</w:t>
      </w:r>
    </w:p>
    <w:p>
      <w:pPr>
        <w:jc w:val="both"/>
      </w:pPr>
      <w:r>
        <w:rPr>
          <w:b w:val="0"/>
          <w:i w:val="0"/>
          <w:color w:val="2255E0"/>
          <w:shd w:val="clear" w:color="auto" w:fill="FFF6D5"/>
        </w:rPr>
        <w:t>[Description, brand, model, serial number, condition].</w:t>
      </w:r>
    </w:p>
    <w:p>
      <w:pPr>
        <w:pStyle w:val="Heading3"/>
      </w:pPr>
      <w:r>
        <w:t>2. Price</w:t>
      </w:r>
    </w:p>
    <w:p>
      <w:pPr>
        <w:jc w:val="both"/>
      </w:pPr>
      <w:r>
        <w:rPr>
          <w:b w:val="0"/>
          <w:i w:val="0"/>
          <w:color w:val="2255E0"/>
          <w:shd w:val="clear" w:color="auto" w:fill="FFF6D5"/>
        </w:rPr>
        <w:t>[Amount], paid [method] on [date].</w:t>
      </w:r>
    </w:p>
    <w:p>
      <w:pPr>
        <w:pStyle w:val="Heading3"/>
      </w:pPr>
      <w:r>
        <w:t>3. Condition &amp; warranty</w:t>
      </w:r>
    </w:p>
    <w:p>
      <w:pPr>
        <w:jc w:val="both"/>
      </w:pPr>
      <w:r>
        <w:rPr>
          <w:b w:val="0"/>
          <w:i w:val="0"/>
          <w:color w:val="2255E0"/>
          <w:shd w:val="clear" w:color="auto" w:fill="FFF6D5"/>
        </w:rPr>
        <w:t>Sold as seen and described, without warranty except as stated: [ ].</w:t>
      </w:r>
    </w:p>
    <w:p>
      <w:pPr>
        <w:pStyle w:val="Heading3"/>
      </w:pPr>
      <w:r>
        <w:t>4. Transfer</w:t>
      </w:r>
    </w:p>
    <w:p>
      <w:pPr>
        <w:jc w:val="both"/>
      </w:pPr>
      <w:r>
        <w:rPr>
          <w:b w:val="0"/>
          <w:i w:val="0"/>
          <w:color w:val="2255E0"/>
          <w:shd w:val="clear" w:color="auto" w:fill="FFF6D5"/>
        </w:rPr>
        <w:t>Ownership passes on payment; collection / delivery on [date] at [place].</w:t>
      </w:r>
    </w:p>
    <w:p>
      <w:pPr>
        <w:spacing w:before="2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1B2A5B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[Party 1]</w:t>
            </w:r>
          </w:p>
        </w:tc>
        <w:tc>
          <w:tcPr>
            <w:tcW w:type="dxa" w:w="4819"/>
            <w:shd w:val="clear" w:color="auto" w:fill="1B2A5B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[Party 2]</w:t>
            </w:r>
          </w:p>
        </w:tc>
      </w:tr>
      <w:tr>
        <w:tc>
          <w:tcPr>
            <w:tcW w:type="dxa" w:w="481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Name: [ ]</w:t>
              <w:br/>
              <w:t>Signature: ____________________</w:t>
              <w:br/>
              <w:t>Date: [ ]</w:t>
            </w:r>
          </w:p>
        </w:tc>
        <w:tc>
          <w:tcPr>
            <w:tcW w:type="dxa" w:w="481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Name: [ ]</w:t>
              <w:br/>
              <w:t>Signature: ____________________</w:t>
              <w:br/>
              <w:t>Date: [ ]</w:t>
            </w:r>
          </w:p>
        </w:tc>
      </w:tr>
    </w:tbl>
    <w:p>
      <w:pPr>
        <w:spacing w:before="120"/>
      </w:pPr>
      <w:r>
        <w:rPr>
          <w:b w:val="0"/>
          <w:i/>
          <w:color w:val="808799"/>
          <w:sz w:val="16"/>
        </w:rPr>
        <w:t xml:space="preserve">Blue highlighted text = replace with your own. Delete this note before printing. This is a general template, not legal advice – check local law or consult a professional for important agreements. 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t xml:space="preserve">Bill of sale (general items)   </w:t>
    </w: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of sale (general items)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