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Registration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Participant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Full 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 of birth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Address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Emergency contact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Relationship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Medical / dietary 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134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Consent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I agree to the terms and conditions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I would like to receive updates by e-mail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I consent to photos being taken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