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Order form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[Organisation]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3"/>
      </w:pPr>
      <w:r>
        <w:t>Customer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Name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Company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Delivery address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Phone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E-mail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Items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4309"/>
        <w:gridCol w:w="1020"/>
        <w:gridCol w:w="1304"/>
        <w:gridCol w:w="1304"/>
      </w:tblGrid>
      <w:tr>
        <w:trPr>
          <w:trHeight w:val="454"/>
        </w:trPr>
        <w:tc>
          <w:tcPr>
            <w:tcW w:type="dxa" w:w="1701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Item / code</w:t>
            </w:r>
          </w:p>
        </w:tc>
        <w:tc>
          <w:tcPr>
            <w:tcW w:type="dxa" w:w="4309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020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Qty</w:t>
            </w:r>
          </w:p>
        </w:tc>
        <w:tc>
          <w:tcPr>
            <w:tcW w:type="dxa" w:w="1304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Unit price</w:t>
            </w:r>
          </w:p>
        </w:tc>
        <w:tc>
          <w:tcPr>
            <w:tcW w:type="dxa" w:w="1304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Total</w:t>
            </w:r>
          </w:p>
        </w:tc>
      </w:tr>
      <w:tr>
        <w:trPr>
          <w:trHeight w:val="454"/>
        </w:trPr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30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30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30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30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30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30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30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30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30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Delivery &amp; payment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Standard delivery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Pay by card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Express delivery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Pay by transfer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Collect in person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Pay on invoice</w:t>
            </w:r>
          </w:p>
        </w:tc>
      </w:tr>
    </w:tbl>
    <w:p>
      <w:pPr>
        <w:spacing w:before="160"/>
      </w:pPr>
    </w:p>
    <w:p>
      <w:r>
        <w:rPr>
          <w:b w:val="0"/>
          <w:i w:val="0"/>
        </w:rPr>
        <w:t>Signature: ______________________________      Date: ______________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form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