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Membership application form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Applicant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Full 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 of birth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Address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Phone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E-mail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Membership type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Adult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Senior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Junior (under 18)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Student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Family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How did you hear about us?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Friend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Event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Website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Other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Social media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Declaration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I agree to the club rules and code of conduct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Fee enclosed / paid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I consent to my data being stored for membership purposes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spacing w:before="160"/>
      </w:pPr>
    </w:p>
    <w:p>
      <w:r>
        <w:rPr>
          <w:b w:val="0"/>
          <w:i w:val="0"/>
        </w:rPr>
        <w:t>Signature: ______________________________      Date: ______________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