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B2A5B"/>
          <w:sz w:val="44"/>
        </w:rPr>
        <w:t>Feedback / evaluation form</w:t>
      </w:r>
    </w:p>
    <w:p>
      <w:pPr>
        <w:spacing w:after="80"/>
      </w:pPr>
      <w:r>
        <w:rPr>
          <w:b w:val="0"/>
          <w:i w:val="0"/>
          <w:color w:val="808799"/>
          <w:sz w:val="20"/>
        </w:rPr>
        <w:t>[Organisation] · [Date]</w:t>
      </w:r>
    </w:p>
    <w:p>
      <w:pPr>
        <w:pBdr>
          <w:bottom w:val="single" w:sz="12" w:space="1" w:color="1B2A5B"/>
        </w:pBdr>
        <w:spacing w:after="120"/>
      </w:pPr>
    </w:p>
    <w:p>
      <w:pPr>
        <w:pStyle w:val="Heading3"/>
      </w:pPr>
      <w:r>
        <w:t>Event / service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Name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Date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Please rate (1 = poor, 5 = excellent)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86"/>
        <w:gridCol w:w="850"/>
        <w:gridCol w:w="850"/>
        <w:gridCol w:w="850"/>
        <w:gridCol w:w="850"/>
        <w:gridCol w:w="850"/>
      </w:tblGrid>
      <w:tr>
        <w:trPr>
          <w:trHeight w:val="454"/>
        </w:trPr>
        <w:tc>
          <w:tcPr>
            <w:tcW w:type="dxa" w:w="5386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Aspect</w:t>
            </w:r>
          </w:p>
        </w:tc>
        <w:tc>
          <w:tcPr>
            <w:tcW w:type="dxa" w:w="850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1</w:t>
            </w:r>
          </w:p>
        </w:tc>
        <w:tc>
          <w:tcPr>
            <w:tcW w:type="dxa" w:w="850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2</w:t>
            </w:r>
          </w:p>
        </w:tc>
        <w:tc>
          <w:tcPr>
            <w:tcW w:type="dxa" w:w="850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3</w:t>
            </w:r>
          </w:p>
        </w:tc>
        <w:tc>
          <w:tcPr>
            <w:tcW w:type="dxa" w:w="850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4</w:t>
            </w:r>
          </w:p>
        </w:tc>
        <w:tc>
          <w:tcPr>
            <w:tcW w:type="dxa" w:w="850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5</w:t>
            </w:r>
          </w:p>
        </w:tc>
      </w:tr>
      <w:tr>
        <w:trPr>
          <w:trHeight w:val="454"/>
        </w:trPr>
        <w:tc>
          <w:tcPr>
            <w:tcW w:type="dxa" w:w="5386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5386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5386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5386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5386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5386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85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What did you like most?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trHeight w:val="1020"/>
        </w:trPr>
        <w:tc>
          <w:tcPr>
            <w:tcW w:type="dxa" w:w="963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What could we improve?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trHeight w:val="1020"/>
        </w:trPr>
        <w:tc>
          <w:tcPr>
            <w:tcW w:type="dxa" w:w="963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Would you recommend us?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Yes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Maybe</w:t>
            </w:r>
          </w:p>
        </w:tc>
      </w:tr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No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sectPr w:rsidR="00FC693F" w:rsidRPr="0006063C" w:rsidSect="00034616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799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Feedback / evaluation form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