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Delivery receipt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Delivery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Delivery note / order no.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From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To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Items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1134"/>
        <w:gridCol w:w="1701"/>
        <w:gridCol w:w="2268"/>
      </w:tblGrid>
      <w:tr>
        <w:trPr>
          <w:trHeight w:val="454"/>
        </w:trPr>
        <w:tc>
          <w:tcPr>
            <w:tcW w:type="dxa" w:w="4535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113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701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Condition OK?</w:t>
            </w:r>
          </w:p>
        </w:tc>
        <w:tc>
          <w:tcPr>
            <w:tcW w:type="dxa" w:w="226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Notes</w:t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Received by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Signature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receipt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