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i w:val="0"/>
          <w:color w:val="1B2A5B"/>
          <w:sz w:val="44"/>
        </w:rPr>
        <w:t>Consent form (activity / photo / medical)</w:t>
      </w:r>
    </w:p>
    <w:p>
      <w:pPr>
        <w:spacing w:after="80"/>
      </w:pPr>
      <w:r>
        <w:rPr>
          <w:b w:val="0"/>
          <w:i w:val="0"/>
          <w:color w:val="808799"/>
          <w:sz w:val="20"/>
        </w:rPr>
        <w:t>[Organisation] · [Date]</w:t>
      </w:r>
    </w:p>
    <w:p>
      <w:pPr>
        <w:pBdr>
          <w:bottom w:val="single" w:sz="12" w:space="1" w:color="1B2A5B"/>
        </w:pBdr>
        <w:spacing w:after="120"/>
      </w:pPr>
    </w:p>
    <w:p>
      <w:pPr>
        <w:pStyle w:val="Heading3"/>
      </w:pPr>
      <w:r>
        <w:t>Participant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118"/>
        <w:gridCol w:w="6520"/>
      </w:tblGrid>
      <w:tr>
        <w:trPr>
          <w:trHeight w:val="510"/>
        </w:trPr>
        <w:tc>
          <w:tcPr>
            <w:tcW w:type="dxa" w:w="3118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  <w:shd w:val="clear" w:color="auto" w:fill="F4F6FB"/>
          </w:tcPr>
          <w:p>
            <w:pPr>
              <w:spacing w:after="0"/>
            </w:pPr>
            <w:r>
              <w:rPr>
                <w:b/>
              </w:rPr>
            </w:r>
            <w:r>
              <w:rPr>
                <w:sz w:val="20"/>
              </w:rPr>
              <w:t>Name</w:t>
            </w:r>
          </w:p>
        </w:tc>
        <w:tc>
          <w:tcPr>
            <w:tcW w:type="dxa" w:w="6520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</w:tr>
      <w:tr>
        <w:trPr>
          <w:trHeight w:val="510"/>
        </w:trPr>
        <w:tc>
          <w:tcPr>
            <w:tcW w:type="dxa" w:w="3118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  <w:shd w:val="clear" w:color="auto" w:fill="F4F6FB"/>
          </w:tcPr>
          <w:p>
            <w:pPr>
              <w:spacing w:after="0"/>
            </w:pPr>
            <w:r>
              <w:rPr>
                <w:b/>
              </w:rPr>
            </w:r>
            <w:r>
              <w:rPr>
                <w:sz w:val="20"/>
              </w:rPr>
              <w:t>Date of birth</w:t>
            </w:r>
          </w:p>
        </w:tc>
        <w:tc>
          <w:tcPr>
            <w:tcW w:type="dxa" w:w="6520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</w:tr>
      <w:tr>
        <w:trPr>
          <w:trHeight w:val="510"/>
        </w:trPr>
        <w:tc>
          <w:tcPr>
            <w:tcW w:type="dxa" w:w="3118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  <w:shd w:val="clear" w:color="auto" w:fill="F4F6FB"/>
          </w:tcPr>
          <w:p>
            <w:pPr>
              <w:spacing w:after="0"/>
            </w:pPr>
            <w:r>
              <w:rPr>
                <w:b/>
              </w:rPr>
            </w:r>
            <w:r>
              <w:rPr>
                <w:sz w:val="20"/>
              </w:rPr>
              <w:t>Parent / guardian (if under 18)</w:t>
            </w:r>
          </w:p>
        </w:tc>
        <w:tc>
          <w:tcPr>
            <w:tcW w:type="dxa" w:w="6520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</w:tr>
      <w:tr>
        <w:trPr>
          <w:trHeight w:val="510"/>
        </w:trPr>
        <w:tc>
          <w:tcPr>
            <w:tcW w:type="dxa" w:w="3118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  <w:shd w:val="clear" w:color="auto" w:fill="F4F6FB"/>
          </w:tcPr>
          <w:p>
            <w:pPr>
              <w:spacing w:after="0"/>
            </w:pPr>
            <w:r>
              <w:rPr>
                <w:b/>
              </w:rPr>
            </w:r>
            <w:r>
              <w:rPr>
                <w:sz w:val="20"/>
              </w:rPr>
              <w:t>Phone</w:t>
            </w:r>
          </w:p>
        </w:tc>
        <w:tc>
          <w:tcPr>
            <w:tcW w:type="dxa" w:w="6520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</w:tr>
    </w:tbl>
    <w:p>
      <w:pPr>
        <w:pStyle w:val="Heading3"/>
      </w:pPr>
      <w:r>
        <w:t>Activity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118"/>
        <w:gridCol w:w="6520"/>
      </w:tblGrid>
      <w:tr>
        <w:trPr>
          <w:trHeight w:val="510"/>
        </w:trPr>
        <w:tc>
          <w:tcPr>
            <w:tcW w:type="dxa" w:w="3118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  <w:shd w:val="clear" w:color="auto" w:fill="F4F6FB"/>
          </w:tcPr>
          <w:p>
            <w:pPr>
              <w:spacing w:after="0"/>
            </w:pPr>
            <w:r>
              <w:rPr>
                <w:b/>
              </w:rPr>
            </w:r>
            <w:r>
              <w:rPr>
                <w:sz w:val="20"/>
              </w:rPr>
              <w:t>Activity / event</w:t>
            </w:r>
          </w:p>
        </w:tc>
        <w:tc>
          <w:tcPr>
            <w:tcW w:type="dxa" w:w="6520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</w:tr>
      <w:tr>
        <w:trPr>
          <w:trHeight w:val="510"/>
        </w:trPr>
        <w:tc>
          <w:tcPr>
            <w:tcW w:type="dxa" w:w="3118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  <w:shd w:val="clear" w:color="auto" w:fill="F4F6FB"/>
          </w:tcPr>
          <w:p>
            <w:pPr>
              <w:spacing w:after="0"/>
            </w:pPr>
            <w:r>
              <w:rPr>
                <w:b/>
              </w:rPr>
            </w:r>
            <w:r>
              <w:rPr>
                <w:sz w:val="20"/>
              </w:rPr>
              <w:t>Date(s)</w:t>
            </w:r>
          </w:p>
        </w:tc>
        <w:tc>
          <w:tcPr>
            <w:tcW w:type="dxa" w:w="6520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</w:tr>
      <w:tr>
        <w:trPr>
          <w:trHeight w:val="510"/>
        </w:trPr>
        <w:tc>
          <w:tcPr>
            <w:tcW w:type="dxa" w:w="3118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  <w:shd w:val="clear" w:color="auto" w:fill="F4F6FB"/>
          </w:tcPr>
          <w:p>
            <w:pPr>
              <w:spacing w:after="0"/>
            </w:pPr>
            <w:r>
              <w:rPr>
                <w:b/>
              </w:rPr>
            </w:r>
            <w:r>
              <w:rPr>
                <w:sz w:val="20"/>
              </w:rPr>
              <w:t>Organiser</w:t>
            </w:r>
          </w:p>
        </w:tc>
        <w:tc>
          <w:tcPr>
            <w:tcW w:type="dxa" w:w="6520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</w:tr>
    </w:tbl>
    <w:p>
      <w:pPr>
        <w:pStyle w:val="Heading3"/>
      </w:pPr>
      <w:r>
        <w:t>I consent to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19"/>
        <w:gridCol w:w="4819"/>
      </w:tblGrid>
      <w:tr>
        <w:tc>
          <w:tcPr>
            <w:tcW w:type="dxa" w:w="4819"/>
            <w:tcBorders>
              <w:top w:val="nil" w:sz="4" w:color="D9DDE8"/>
              <w:left w:val="nil" w:sz="4" w:color="D9DDE8"/>
              <w:bottom w:val="nil" w:sz="4" w:color="D9DDE8"/>
              <w:right w:val="nil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  <w:t>☐  Participation in the activity described</w:t>
            </w:r>
          </w:p>
        </w:tc>
        <w:tc>
          <w:tcPr>
            <w:tcW w:type="dxa" w:w="4819"/>
            <w:tcBorders>
              <w:top w:val="nil" w:sz="4" w:color="D9DDE8"/>
              <w:left w:val="nil" w:sz="4" w:color="D9DDE8"/>
              <w:bottom w:val="nil" w:sz="4" w:color="D9DDE8"/>
              <w:right w:val="nil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  <w:t>☐  Photographs / video being taken and used</w:t>
            </w:r>
          </w:p>
        </w:tc>
      </w:tr>
      <w:tr>
        <w:tc>
          <w:tcPr>
            <w:tcW w:type="dxa" w:w="4819"/>
            <w:tcBorders>
              <w:top w:val="nil" w:sz="4" w:color="D9DDE8"/>
              <w:left w:val="nil" w:sz="4" w:color="D9DDE8"/>
              <w:bottom w:val="nil" w:sz="4" w:color="D9DDE8"/>
              <w:right w:val="nil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  <w:t>☐  Emergency medical treatment if required</w:t>
            </w:r>
          </w:p>
        </w:tc>
        <w:tc>
          <w:tcPr>
            <w:tcW w:type="dxa" w:w="4819"/>
            <w:tcBorders>
              <w:top w:val="nil" w:sz="4" w:color="D9DDE8"/>
              <w:left w:val="nil" w:sz="4" w:color="D9DDE8"/>
              <w:bottom w:val="nil" w:sz="4" w:color="D9DDE8"/>
              <w:right w:val="nil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  <w:t>☐  Data being stored for this activity</w:t>
            </w:r>
          </w:p>
        </w:tc>
      </w:tr>
    </w:tbl>
    <w:p>
      <w:pPr>
        <w:pStyle w:val="Heading3"/>
      </w:pPr>
      <w:r>
        <w:t>Medical information (allergies, conditions, medication)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638"/>
      </w:tblGrid>
      <w:tr>
        <w:trPr>
          <w:trHeight w:val="1134"/>
        </w:trPr>
        <w:tc>
          <w:tcPr>
            <w:tcW w:type="dxa" w:w="9638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</w:tr>
    </w:tbl>
    <w:p>
      <w:pPr>
        <w:spacing w:before="160"/>
      </w:pPr>
    </w:p>
    <w:p>
      <w:r>
        <w:rPr>
          <w:b w:val="0"/>
          <w:i w:val="0"/>
        </w:rPr>
        <w:t>Signature: ______________________________      Date: ______________</w:t>
      </w:r>
    </w:p>
    <w:sectPr w:rsidR="00FC693F" w:rsidRPr="0006063C" w:rsidSect="00034616">
      <w:footerReference w:type="default" r:id="rId9"/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808799"/>
        <w:sz w:val="16"/>
      </w:rP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/>
    </w:pPr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0" w:after="12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1B2A5B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1B2A5B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2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232A3A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Consent form (activity / photo / medical)</dc:title>
  <dc:subject/>
  <dc:creator>free-printable.com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