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Complaint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Your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Customer / reference no.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Complaint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 of incident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Product / service / department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Description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928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What would resolve this for you?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020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Office use only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Received by / date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Assigned to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Response sent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Outcome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