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Booking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Contact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Address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Booking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Service / room / event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Date(s)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Time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Number of people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Special requirements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134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Terms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accept the booking terms and cancellation policy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Deposit paid</w:t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