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1757" w:hRule="exact"/>
        </w:trPr>
        <w:tc>
          <w:tcPr>
            <w:tcW w:type="dxa" w:w="10205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</w:pPr>
            <w:r/>
            <w:r>
              <w:rPr>
                <w:b/>
                <w:color w:val="1B2A5B"/>
                <w:sz w:val="20"/>
              </w:rPr>
              <w:t>ADMIT ONE     [Event name]                                        No. 001</w:t>
            </w:r>
          </w:p>
          <w:p>
            <w:pPr>
              <w:spacing w:after="0"/>
            </w:pPr>
            <w:r>
              <w:rPr>
                <w:b w:val="0"/>
                <w:color w:val="2255E0"/>
                <w:sz w:val="16"/>
                <w:shd w:val="clear" w:color="auto" w:fill="FFF6D5"/>
              </w:rPr>
              <w:t>[Date] · [Time] · [Venue]                                                 ✂ stub: [Name / seat] No. 001</w:t>
            </w:r>
          </w:p>
        </w:tc>
      </w:tr>
      <w:tr>
        <w:trPr>
          <w:trHeight w:val="1757" w:hRule="exact"/>
        </w:trPr>
        <w:tc>
          <w:tcPr>
            <w:tcW w:type="dxa" w:w="10205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</w:pPr>
            <w:r/>
            <w:r>
              <w:rPr>
                <w:b/>
                <w:color w:val="1B2A5B"/>
                <w:sz w:val="20"/>
              </w:rPr>
              <w:t>ADMIT ONE     [Event name]                                        No. 002</w:t>
            </w:r>
          </w:p>
          <w:p>
            <w:pPr>
              <w:spacing w:after="0"/>
            </w:pPr>
            <w:r>
              <w:rPr>
                <w:b w:val="0"/>
                <w:color w:val="2255E0"/>
                <w:sz w:val="16"/>
                <w:shd w:val="clear" w:color="auto" w:fill="FFF6D5"/>
              </w:rPr>
              <w:t>[Date] · [Time] · [Venue]                                                 ✂ stub: [Name / seat] No. 002</w:t>
            </w:r>
          </w:p>
        </w:tc>
      </w:tr>
      <w:tr>
        <w:trPr>
          <w:trHeight w:val="1757" w:hRule="exact"/>
        </w:trPr>
        <w:tc>
          <w:tcPr>
            <w:tcW w:type="dxa" w:w="10205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</w:pPr>
            <w:r/>
            <w:r>
              <w:rPr>
                <w:b/>
                <w:color w:val="1B2A5B"/>
                <w:sz w:val="20"/>
              </w:rPr>
              <w:t>ADMIT ONE     [Event name]                                        No. 003</w:t>
            </w:r>
          </w:p>
          <w:p>
            <w:pPr>
              <w:spacing w:after="0"/>
            </w:pPr>
            <w:r>
              <w:rPr>
                <w:b w:val="0"/>
                <w:color w:val="2255E0"/>
                <w:sz w:val="16"/>
                <w:shd w:val="clear" w:color="auto" w:fill="FFF6D5"/>
              </w:rPr>
              <w:t>[Date] · [Time] · [Venue]                                                 ✂ stub: [Name / seat] No. 003</w:t>
            </w:r>
          </w:p>
        </w:tc>
      </w:tr>
      <w:tr>
        <w:trPr>
          <w:trHeight w:val="1757" w:hRule="exact"/>
        </w:trPr>
        <w:tc>
          <w:tcPr>
            <w:tcW w:type="dxa" w:w="10205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</w:pPr>
            <w:r/>
            <w:r>
              <w:rPr>
                <w:b/>
                <w:color w:val="1B2A5B"/>
                <w:sz w:val="20"/>
              </w:rPr>
              <w:t>ADMIT ONE     [Event name]                                        No. 004</w:t>
            </w:r>
          </w:p>
          <w:p>
            <w:pPr>
              <w:spacing w:after="0"/>
            </w:pPr>
            <w:r>
              <w:rPr>
                <w:b w:val="0"/>
                <w:color w:val="2255E0"/>
                <w:sz w:val="16"/>
                <w:shd w:val="clear" w:color="auto" w:fill="FFF6D5"/>
              </w:rPr>
              <w:t>[Date] · [Time] · [Venue]                                                 ✂ stub: [Name / seat] No. 004</w:t>
            </w:r>
          </w:p>
        </w:tc>
      </w:tr>
      <w:tr>
        <w:trPr>
          <w:trHeight w:val="1757" w:hRule="exact"/>
        </w:trPr>
        <w:tc>
          <w:tcPr>
            <w:tcW w:type="dxa" w:w="10205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</w:pPr>
            <w:r/>
            <w:r>
              <w:rPr>
                <w:b/>
                <w:color w:val="1B2A5B"/>
                <w:sz w:val="20"/>
              </w:rPr>
              <w:t>ADMIT ONE     [Event name]                                        No. 005</w:t>
            </w:r>
          </w:p>
          <w:p>
            <w:pPr>
              <w:spacing w:after="0"/>
            </w:pPr>
            <w:r>
              <w:rPr>
                <w:b w:val="0"/>
                <w:color w:val="2255E0"/>
                <w:sz w:val="16"/>
                <w:shd w:val="clear" w:color="auto" w:fill="FFF6D5"/>
              </w:rPr>
              <w:t>[Date] · [Time] · [Venue]                                                 ✂ stub: [Name / seat] No. 005</w:t>
            </w:r>
          </w:p>
        </w:tc>
      </w:tr>
      <w:tr>
        <w:trPr>
          <w:trHeight w:val="1757" w:hRule="exact"/>
        </w:trPr>
        <w:tc>
          <w:tcPr>
            <w:tcW w:type="dxa" w:w="10205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</w:pPr>
            <w:r/>
            <w:r>
              <w:rPr>
                <w:b/>
                <w:color w:val="1B2A5B"/>
                <w:sz w:val="20"/>
              </w:rPr>
              <w:t>ADMIT ONE     [Event name]                                        No. 006</w:t>
            </w:r>
          </w:p>
          <w:p>
            <w:pPr>
              <w:spacing w:after="0"/>
            </w:pPr>
            <w:r>
              <w:rPr>
                <w:b w:val="0"/>
                <w:color w:val="2255E0"/>
                <w:sz w:val="16"/>
                <w:shd w:val="clear" w:color="auto" w:fill="FFF6D5"/>
              </w:rPr>
              <w:t>[Date] · [Time] · [Venue]                                                 ✂ stub: [Name / seat] No. 006</w:t>
            </w:r>
          </w:p>
        </w:tc>
      </w:tr>
      <w:tr>
        <w:trPr>
          <w:trHeight w:val="1757" w:hRule="exact"/>
        </w:trPr>
        <w:tc>
          <w:tcPr>
            <w:tcW w:type="dxa" w:w="10205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</w:pPr>
            <w:r/>
            <w:r>
              <w:rPr>
                <w:b/>
                <w:color w:val="1B2A5B"/>
                <w:sz w:val="20"/>
              </w:rPr>
              <w:t>ADMIT ONE     [Event name]                                        No. 007</w:t>
            </w:r>
          </w:p>
          <w:p>
            <w:pPr>
              <w:spacing w:after="0"/>
            </w:pPr>
            <w:r>
              <w:rPr>
                <w:b w:val="0"/>
                <w:color w:val="2255E0"/>
                <w:sz w:val="16"/>
                <w:shd w:val="clear" w:color="auto" w:fill="FFF6D5"/>
              </w:rPr>
              <w:t>[Date] · [Time] · [Venue]                                                 ✂ stub: [Name / seat] No. 007</w:t>
            </w:r>
          </w:p>
        </w:tc>
      </w:tr>
      <w:tr>
        <w:trPr>
          <w:trHeight w:val="1757" w:hRule="exact"/>
        </w:trPr>
        <w:tc>
          <w:tcPr>
            <w:tcW w:type="dxa" w:w="10205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</w:pPr>
            <w:r/>
            <w:r>
              <w:rPr>
                <w:b/>
                <w:color w:val="1B2A5B"/>
                <w:sz w:val="20"/>
              </w:rPr>
              <w:t>ADMIT ONE     [Event name]                                        No. 008</w:t>
            </w:r>
          </w:p>
          <w:p>
            <w:pPr>
              <w:spacing w:after="0"/>
            </w:pPr>
            <w:r>
              <w:rPr>
                <w:b w:val="0"/>
                <w:color w:val="2255E0"/>
                <w:sz w:val="16"/>
                <w:shd w:val="clear" w:color="auto" w:fill="FFF6D5"/>
              </w:rPr>
              <w:t>[Date] · [Time] · [Venue]                                                 ✂ stub: [Name / seat] No. 008</w:t>
            </w:r>
          </w:p>
        </w:tc>
      </w:tr>
    </w:tbl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680" w:right="850" w:bottom="283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tickets (8 per page)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