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2255E0"/>
          <w:sz w:val="128"/>
          <w:shd w:val="clear" w:color="auto" w:fill="FFF6D5"/>
        </w:rPr>
        <w:t>MISSING</w:t>
      </w:r>
    </w:p>
    <w:p>
      <w:pPr>
        <w:jc w:val="center"/>
      </w:pPr>
      <w:r>
        <w:rPr>
          <w:b/>
          <w:i w:val="0"/>
          <w:color w:val="2255E0"/>
          <w:sz w:val="48"/>
          <w:shd w:val="clear" w:color="auto" w:fill="FFF6D5"/>
        </w:rPr>
        <w:t>[Pet name / item]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</w:tblGrid>
      <w:tr>
        <w:trPr>
          <w:trHeight w:val="5102"/>
        </w:trPr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[Photo]</w:t>
            </w:r>
          </w:p>
        </w:tc>
      </w:tr>
    </w:tbl>
    <w:p>
      <w:pPr>
        <w:spacing w:before="160"/>
        <w:jc w:val="center"/>
      </w:pPr>
      <w:r>
        <w:rPr>
          <w:b w:val="0"/>
          <w:i w:val="0"/>
          <w:color w:val="2255E0"/>
          <w:sz w:val="28"/>
          <w:shd w:val="clear" w:color="auto" w:fill="FFF6D5"/>
        </w:rPr>
        <w:t>Last seen [where] on [date]</w:t>
      </w:r>
    </w:p>
    <w:p>
      <w:pPr>
        <w:spacing w:after="160"/>
        <w:jc w:val="center"/>
      </w:pPr>
      <w:r>
        <w:rPr>
          <w:b w:val="0"/>
          <w:i w:val="0"/>
          <w:color w:val="2255E0"/>
          <w:sz w:val="24"/>
          <w:shd w:val="clear" w:color="auto" w:fill="FFF6D5"/>
        </w:rPr>
        <w:t>[Description: colour, size, collar, chip, distinguishing marks]</w:t>
      </w:r>
    </w:p>
    <w:p>
      <w:pPr>
        <w:jc w:val="center"/>
      </w:pPr>
      <w:r>
        <w:rPr>
          <w:b/>
          <w:i w:val="0"/>
          <w:color w:val="2255E0"/>
          <w:sz w:val="32"/>
          <w:shd w:val="clear" w:color="auto" w:fill="FFF6D5"/>
        </w:rPr>
        <w:t>REWARD [amount]</w:t>
      </w:r>
    </w:p>
    <w:p>
      <w:pPr>
        <w:jc w:val="center"/>
      </w:pPr>
      <w:r>
        <w:rPr>
          <w:b/>
          <w:i w:val="0"/>
          <w:color w:val="2255E0"/>
          <w:sz w:val="44"/>
          <w:shd w:val="clear" w:color="auto" w:fill="FFF6D5"/>
        </w:rPr>
        <w:t>PLEASE CALL [phone number]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/ lost poster (pet or item)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