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91"/>
      </w:tblGrid>
      <w:tr>
        <w:trPr>
          <w:trHeight w:val="7370" w:hRule="exact"/>
        </w:trPr>
        <w:tc>
          <w:tcPr>
            <w:tcW w:type="dxa" w:w="8391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120"/>
              <w:jc w:val="center"/>
            </w:pPr>
            <w:r/>
            <w:r>
              <w:rPr>
                <w:b w:val="0"/>
                <w:sz w:val="20"/>
              </w:rPr>
              <w:t>Together with their families</w:t>
            </w:r>
          </w:p>
          <w:p>
            <w:pPr>
              <w:spacing w:after="120"/>
              <w:jc w:val="center"/>
            </w:pPr>
            <w:r>
              <w:rPr>
                <w:b/>
                <w:color w:val="2255E0"/>
                <w:sz w:val="48"/>
                <w:shd w:val="clear" w:color="auto" w:fill="FFF6D5"/>
              </w:rPr>
              <w:t>[Name]  &amp;  [Name]</w:t>
            </w:r>
          </w:p>
          <w:p>
            <w:pPr>
              <w:spacing w:after="200"/>
              <w:jc w:val="center"/>
            </w:pPr>
            <w:r>
              <w:rPr>
                <w:b w:val="0"/>
                <w:sz w:val="20"/>
              </w:rPr>
              <w:t>request the pleasure of your company at their wedding</w:t>
            </w:r>
          </w:p>
          <w:p>
            <w:pPr>
              <w:spacing w:after="40"/>
              <w:jc w:val="center"/>
            </w:pPr>
            <w:r>
              <w:rPr>
                <w:b w:val="0"/>
                <w:color w:val="2255E0"/>
                <w:sz w:val="22"/>
                <w:shd w:val="clear" w:color="auto" w:fill="FFF6D5"/>
              </w:rPr>
              <w:t>[Saturday, the twelfth of June, two thousand and twenty-six]</w:t>
            </w:r>
          </w:p>
          <w:p>
            <w:pPr>
              <w:spacing w:after="160"/>
              <w:jc w:val="center"/>
            </w:pPr>
            <w:r>
              <w:rPr>
                <w:b w:val="0"/>
                <w:color w:val="2255E0"/>
                <w:sz w:val="22"/>
                <w:shd w:val="clear" w:color="auto" w:fill="FFF6D5"/>
              </w:rPr>
              <w:t>[at two o'clock in the afternoon]</w:t>
            </w:r>
          </w:p>
          <w:p>
            <w:pPr>
              <w:spacing w:after="160"/>
              <w:jc w:val="center"/>
            </w:pPr>
            <w:r>
              <w:rPr>
                <w:b/>
                <w:color w:val="2255E0"/>
                <w:sz w:val="24"/>
                <w:shd w:val="clear" w:color="auto" w:fill="FFF6D5"/>
              </w:rPr>
              <w:t>[Venue name] · [City]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2255E0"/>
                <w:sz w:val="18"/>
                <w:shd w:val="clear" w:color="auto" w:fill="FFF6D5"/>
              </w:rPr>
              <w:t>Reception to follow · RSVP by [date]</w:t>
            </w:r>
          </w:p>
        </w:tc>
      </w:tr>
      <w:tr>
        <w:trPr>
          <w:trHeight w:val="7370" w:hRule="exact"/>
        </w:trPr>
        <w:tc>
          <w:tcPr>
            <w:tcW w:type="dxa" w:w="8391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120"/>
              <w:jc w:val="center"/>
            </w:pPr>
            <w:r/>
            <w:r>
              <w:rPr>
                <w:b w:val="0"/>
                <w:sz w:val="20"/>
              </w:rPr>
              <w:t>Together with their families</w:t>
            </w:r>
          </w:p>
          <w:p>
            <w:pPr>
              <w:spacing w:after="120"/>
              <w:jc w:val="center"/>
            </w:pPr>
            <w:r>
              <w:rPr>
                <w:b/>
                <w:color w:val="2255E0"/>
                <w:sz w:val="48"/>
                <w:shd w:val="clear" w:color="auto" w:fill="FFF6D5"/>
              </w:rPr>
              <w:t>[Name]  &amp;  [Name]</w:t>
            </w:r>
          </w:p>
          <w:p>
            <w:pPr>
              <w:spacing w:after="200"/>
              <w:jc w:val="center"/>
            </w:pPr>
            <w:r>
              <w:rPr>
                <w:b w:val="0"/>
                <w:sz w:val="20"/>
              </w:rPr>
              <w:t>request the pleasure of your company at their wedding</w:t>
            </w:r>
          </w:p>
          <w:p>
            <w:pPr>
              <w:spacing w:after="40"/>
              <w:jc w:val="center"/>
            </w:pPr>
            <w:r>
              <w:rPr>
                <w:b w:val="0"/>
                <w:color w:val="2255E0"/>
                <w:sz w:val="22"/>
                <w:shd w:val="clear" w:color="auto" w:fill="FFF6D5"/>
              </w:rPr>
              <w:t>[Saturday, the twelfth of June, two thousand and twenty-six]</w:t>
            </w:r>
          </w:p>
          <w:p>
            <w:pPr>
              <w:spacing w:after="160"/>
              <w:jc w:val="center"/>
            </w:pPr>
            <w:r>
              <w:rPr>
                <w:b w:val="0"/>
                <w:color w:val="2255E0"/>
                <w:sz w:val="22"/>
                <w:shd w:val="clear" w:color="auto" w:fill="FFF6D5"/>
              </w:rPr>
              <w:t>[at two o'clock in the afternoon]</w:t>
            </w:r>
          </w:p>
          <w:p>
            <w:pPr>
              <w:spacing w:after="160"/>
              <w:jc w:val="center"/>
            </w:pPr>
            <w:r>
              <w:rPr>
                <w:b/>
                <w:color w:val="2255E0"/>
                <w:sz w:val="24"/>
                <w:shd w:val="clear" w:color="auto" w:fill="FFF6D5"/>
              </w:rPr>
              <w:t>[Venue name] · [City]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2255E0"/>
                <w:sz w:val="18"/>
                <w:shd w:val="clear" w:color="auto" w:fill="FFF6D5"/>
              </w:rPr>
              <w:t>Reception to follow · RSVP by [date]</w:t>
            </w:r>
          </w:p>
        </w:tc>
      </w:tr>
    </w:tbl>
    <w:sectPr w:rsidR="00FC693F" w:rsidRPr="0006063C" w:rsidSect="00034616">
      <w:pgSz w:w="11906" w:h="16838"/>
      <w:pgMar w:top="680" w:right="1757" w:bottom="283" w:left="175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invitation (2 per page)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