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255E0"/>
          <w:sz w:val="80"/>
          <w:shd w:val="clear" w:color="auto" w:fill="FFF6D5"/>
        </w:rPr>
        <w:t>FOR SALE</w:t>
      </w:r>
    </w:p>
    <w:p>
      <w:pPr>
        <w:jc w:val="center"/>
      </w:pPr>
      <w:r>
        <w:rPr>
          <w:b/>
          <w:i w:val="0"/>
          <w:color w:val="2255E0"/>
          <w:sz w:val="44"/>
          <w:shd w:val="clear" w:color="auto" w:fill="FFF6D5"/>
        </w:rPr>
        <w:t>[Item name]</w:t>
      </w:r>
    </w:p>
    <w:p>
      <w:pPr>
        <w:spacing w:after="120"/>
        <w:jc w:val="center"/>
      </w:pPr>
      <w:r>
        <w:rPr>
          <w:b/>
          <w:i w:val="0"/>
          <w:color w:val="2255E0"/>
          <w:sz w:val="52"/>
          <w:shd w:val="clear" w:color="auto" w:fill="FFF6D5"/>
        </w:rPr>
        <w:t>[Price]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</w:tblGrid>
      <w:tr>
        <w:trPr>
          <w:trHeight w:val="3969"/>
        </w:trP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[Photo]</w:t>
            </w:r>
          </w:p>
        </w:tc>
      </w:tr>
    </w:tbl>
    <w:p>
      <w:pPr>
        <w:spacing w:after="160" w:before="120"/>
        <w:jc w:val="center"/>
      </w:pPr>
      <w:r>
        <w:rPr>
          <w:b w:val="0"/>
          <w:i w:val="0"/>
          <w:color w:val="2255E0"/>
          <w:sz w:val="22"/>
          <w:shd w:val="clear" w:color="auto" w:fill="FFF6D5"/>
        </w:rPr>
        <w:t>[Description: condition, age, size, why you're selling]</w:t>
      </w:r>
    </w:p>
    <w:p>
      <w:pPr>
        <w:spacing w:after="200"/>
        <w:jc w:val="center"/>
      </w:pPr>
      <w:r>
        <w:rPr>
          <w:b/>
          <w:i w:val="0"/>
          <w:color w:val="2255E0"/>
          <w:sz w:val="26"/>
          <w:shd w:val="clear" w:color="auto" w:fill="FFF6D5"/>
        </w:rPr>
        <w:t>Call / text [phone] · [e-mail]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rHeight w:val="2551" w:hRule="exact"/>
        </w:trPr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  <w:tc>
          <w:tcPr>
            <w:tcW w:type="dxa" w:w="964"/>
            <w:vAlign w:val="center"/>
            <w:tcBorders>
              <w:top w:val="dashed" w:sz="4" w:color="BBBBBB"/>
              <w:left w:val="dashed" w:sz="4" w:color="BBBBBB"/>
              <w:bottom w:val="dashed" w:sz="4" w:color="BBBBBB"/>
              <w:right w:val="dashed" w:sz="4" w:color="BBBBBB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>
            <w:pPr>
              <w:spacing w:after="0"/>
              <w:jc w:val="center"/>
            </w:pPr>
            <w:r/>
            <w:r>
              <w:rPr>
                <w:b w:val="0"/>
                <w:sz w:val="12"/>
              </w:rPr>
              <w:t>[Item] [phone]</w:t>
            </w:r>
          </w:p>
        </w:tc>
      </w:tr>
    </w:tbl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1339" w:right="1134" w:bottom="28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sale flyer with tear-off strips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