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1B2A5B"/>
          <w:sz w:val="44"/>
        </w:rPr>
        <w:t>[Event name]</w:t>
      </w:r>
    </w:p>
    <w:p>
      <w:pPr>
        <w:spacing w:after="80"/>
      </w:pPr>
      <w:r>
        <w:rPr>
          <w:b w:val="0"/>
          <w:i w:val="0"/>
          <w:color w:val="808799"/>
          <w:sz w:val="20"/>
        </w:rPr>
        <w:t>[Date] · [Venue]</w:t>
      </w:r>
    </w:p>
    <w:p>
      <w:pPr>
        <w:pBdr>
          <w:bottom w:val="single" w:sz="12" w:space="1" w:color="1B2A5B"/>
        </w:pBdr>
        <w:spacing w:after="120"/>
      </w:pPr>
    </w:p>
    <w:p>
      <w:pPr>
        <w:pStyle w:val="Heading3"/>
      </w:pPr>
      <w:r>
        <w:t>Welcome</w:t>
      </w:r>
    </w:p>
    <w:p>
      <w:r>
        <w:rPr>
          <w:b w:val="0"/>
          <w:i w:val="0"/>
          <w:color w:val="2255E0"/>
          <w:shd w:val="clear" w:color="auto" w:fill="FFF6D5"/>
        </w:rPr>
        <w:t>[A few words from the organisers.]</w:t>
      </w:r>
    </w:p>
    <w:p>
      <w:pPr>
        <w:pStyle w:val="Heading3"/>
      </w:pPr>
      <w:r>
        <w:t>Programme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47"/>
        <w:gridCol w:w="4422"/>
        <w:gridCol w:w="2551"/>
        <w:gridCol w:w="1417"/>
      </w:tblGrid>
      <w:tr>
        <w:tc>
          <w:tcPr>
            <w:tcW w:type="dxa" w:w="1247"/>
            <w:shd w:val="clear" w:color="auto" w:fill="1B2A5B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</w:t>
            </w:r>
          </w:p>
        </w:tc>
        <w:tc>
          <w:tcPr>
            <w:tcW w:type="dxa" w:w="4422"/>
            <w:shd w:val="clear" w:color="auto" w:fill="1B2A5B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Session</w:t>
            </w:r>
          </w:p>
        </w:tc>
        <w:tc>
          <w:tcPr>
            <w:tcW w:type="dxa" w:w="2551"/>
            <w:shd w:val="clear" w:color="auto" w:fill="1B2A5B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Speaker / lead</w:t>
            </w:r>
          </w:p>
        </w:tc>
        <w:tc>
          <w:tcPr>
            <w:tcW w:type="dxa" w:w="1417"/>
            <w:shd w:val="clear" w:color="auto" w:fill="1B2A5B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Room</w:t>
            </w:r>
          </w:p>
        </w:tc>
      </w:tr>
      <w:tr>
        <w:tc>
          <w:tcPr>
            <w:tcW w:type="dxa" w:w="124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[09:00]</w:t>
            </w:r>
          </w:p>
        </w:tc>
        <w:tc>
          <w:tcPr>
            <w:tcW w:type="dxa" w:w="4422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[Registration &amp; coffee]</w:t>
            </w:r>
          </w:p>
        </w:tc>
        <w:tc>
          <w:tcPr>
            <w:tcW w:type="dxa" w:w="255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[Foyer]</w:t>
            </w:r>
          </w:p>
        </w:tc>
      </w:tr>
      <w:tr>
        <w:tc>
          <w:tcPr>
            <w:tcW w:type="dxa" w:w="124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[09:30]</w:t>
            </w:r>
          </w:p>
        </w:tc>
        <w:tc>
          <w:tcPr>
            <w:tcW w:type="dxa" w:w="4422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[Opening]</w:t>
            </w:r>
          </w:p>
        </w:tc>
        <w:tc>
          <w:tcPr>
            <w:tcW w:type="dxa" w:w="255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[Name]</w:t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[Main hall]</w:t>
            </w:r>
          </w:p>
        </w:tc>
      </w:tr>
      <w:tr>
        <w:tc>
          <w:tcPr>
            <w:tcW w:type="dxa" w:w="124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[10:00]</w:t>
            </w:r>
          </w:p>
        </w:tc>
        <w:tc>
          <w:tcPr>
            <w:tcW w:type="dxa" w:w="4422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[Session]</w:t>
            </w:r>
          </w:p>
        </w:tc>
        <w:tc>
          <w:tcPr>
            <w:tcW w:type="dxa" w:w="255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[Name]</w:t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124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[11:00]</w:t>
            </w:r>
          </w:p>
        </w:tc>
        <w:tc>
          <w:tcPr>
            <w:tcW w:type="dxa" w:w="4422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[Break]</w:t>
            </w:r>
          </w:p>
        </w:tc>
        <w:tc>
          <w:tcPr>
            <w:tcW w:type="dxa" w:w="255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124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[11:30]</w:t>
            </w:r>
          </w:p>
        </w:tc>
        <w:tc>
          <w:tcPr>
            <w:tcW w:type="dxa" w:w="4422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[Session]</w:t>
            </w:r>
          </w:p>
        </w:tc>
        <w:tc>
          <w:tcPr>
            <w:tcW w:type="dxa" w:w="255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[Name]</w:t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124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[13:00]</w:t>
            </w:r>
          </w:p>
        </w:tc>
        <w:tc>
          <w:tcPr>
            <w:tcW w:type="dxa" w:w="4422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[Lunch]</w:t>
            </w:r>
          </w:p>
        </w:tc>
        <w:tc>
          <w:tcPr>
            <w:tcW w:type="dxa" w:w="255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124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[14:00]</w:t>
            </w:r>
          </w:p>
        </w:tc>
        <w:tc>
          <w:tcPr>
            <w:tcW w:type="dxa" w:w="4422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[Session]</w:t>
            </w:r>
          </w:p>
        </w:tc>
        <w:tc>
          <w:tcPr>
            <w:tcW w:type="dxa" w:w="255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[Name]</w:t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124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[16:00]</w:t>
            </w:r>
          </w:p>
        </w:tc>
        <w:tc>
          <w:tcPr>
            <w:tcW w:type="dxa" w:w="4422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[Close]</w:t>
            </w:r>
          </w:p>
        </w:tc>
        <w:tc>
          <w:tcPr>
            <w:tcW w:type="dxa" w:w="255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pStyle w:val="Heading3"/>
      </w:pPr>
      <w:r>
        <w:t>Speakers</w:t>
      </w:r>
    </w:p>
    <w:p>
      <w:r>
        <w:rPr>
          <w:b w:val="0"/>
          <w:i w:val="0"/>
          <w:color w:val="2255E0"/>
          <w:shd w:val="clear" w:color="auto" w:fill="FFF6D5"/>
        </w:rPr>
        <w:t>[Name – short bio]</w:t>
      </w:r>
    </w:p>
    <w:p>
      <w:pPr>
        <w:pStyle w:val="Heading3"/>
      </w:pPr>
      <w:r>
        <w:t>Venue &amp; practical information</w:t>
      </w:r>
    </w:p>
    <w:p>
      <w:r>
        <w:rPr>
          <w:b w:val="0"/>
          <w:i w:val="0"/>
          <w:color w:val="2255E0"/>
          <w:shd w:val="clear" w:color="auto" w:fill="FFF6D5"/>
        </w:rPr>
        <w:t>[Address, parking, Wi-Fi, accessibility, contact]</w:t>
      </w:r>
    </w:p>
    <w:p>
      <w:pPr>
        <w:spacing w:before="120"/>
      </w:pPr>
      <w:r>
        <w:rPr>
          <w:b w:val="0"/>
          <w:i/>
          <w:color w:val="808799"/>
          <w:sz w:val="16"/>
        </w:rPr>
        <w:t>Blue highlighted text = replace with your own. Delete this note before printing.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3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 programme / agenda</dc:title>
  <dc:subject/>
  <dc:creator>free-printable.com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