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1B2A5B"/>
          <w:sz w:val="44"/>
        </w:rPr>
        <w:t>Annual General Meeting</w:t>
      </w:r>
    </w:p>
    <w:p>
      <w:pPr>
        <w:spacing w:after="80"/>
      </w:pPr>
      <w:r>
        <w:rPr>
          <w:b w:val="0"/>
          <w:i w:val="0"/>
          <w:color w:val="808799"/>
          <w:sz w:val="20"/>
        </w:rPr>
        <w:t>[Club / organisation]</w:t>
      </w:r>
    </w:p>
    <w:p>
      <w:pPr>
        <w:pBdr>
          <w:bottom w:val="single" w:sz="12" w:space="1" w:color="1B2A5B"/>
        </w:pBdr>
        <w:spacing w:after="120"/>
      </w:pPr>
    </w:p>
    <w:p>
      <w:r>
        <w:rPr>
          <w:b/>
          <w:i w:val="0"/>
        </w:rPr>
        <w:t>Notice of meeting</w:t>
      </w:r>
    </w:p>
    <w:p>
      <w:r>
        <w:rPr>
          <w:b w:val="0"/>
          <w:i w:val="0"/>
          <w:color w:val="2255E0"/>
          <w:shd w:val="clear" w:color="auto" w:fill="FFF6D5"/>
        </w:rPr>
        <w:t>Notice is given that the AGM of [organisation] will be held on [date] at [time] at [venue]. All members are invited. Nominations for committee posts to the Secretary by [date].</w:t>
      </w:r>
    </w:p>
    <w:p>
      <w:pPr>
        <w:pStyle w:val="Heading3"/>
      </w:pPr>
      <w:r>
        <w:t>Agenda</w:t>
      </w:r>
    </w:p>
    <w:p>
      <w:pPr>
        <w:pStyle w:val="ListNumber"/>
      </w:pPr>
      <w:r>
        <w:rPr>
          <w:color w:val="2255E0"/>
          <w:shd w:val="clear" w:color="auto" w:fill="FFF6D5"/>
        </w:rPr>
        <w:t>Welcome and apologies</w:t>
      </w:r>
    </w:p>
    <w:p>
      <w:pPr>
        <w:pStyle w:val="ListNumber"/>
      </w:pPr>
      <w:r>
        <w:rPr>
          <w:color w:val="2255E0"/>
          <w:shd w:val="clear" w:color="auto" w:fill="FFF6D5"/>
        </w:rPr>
        <w:t>Minutes of the last AGM</w:t>
      </w:r>
    </w:p>
    <w:p>
      <w:pPr>
        <w:pStyle w:val="ListNumber"/>
      </w:pPr>
      <w:r>
        <w:rPr>
          <w:color w:val="2255E0"/>
          <w:shd w:val="clear" w:color="auto" w:fill="FFF6D5"/>
        </w:rPr>
        <w:t>Matters arising</w:t>
      </w:r>
    </w:p>
    <w:p>
      <w:pPr>
        <w:pStyle w:val="ListNumber"/>
      </w:pPr>
      <w:r>
        <w:rPr>
          <w:color w:val="2255E0"/>
          <w:shd w:val="clear" w:color="auto" w:fill="FFF6D5"/>
        </w:rPr>
        <w:t>Chair's report</w:t>
      </w:r>
    </w:p>
    <w:p>
      <w:pPr>
        <w:pStyle w:val="ListNumber"/>
      </w:pPr>
      <w:r>
        <w:rPr>
          <w:color w:val="2255E0"/>
          <w:shd w:val="clear" w:color="auto" w:fill="FFF6D5"/>
        </w:rPr>
        <w:t>Treasurer's report and accounts</w:t>
      </w:r>
    </w:p>
    <w:p>
      <w:pPr>
        <w:pStyle w:val="ListNumber"/>
      </w:pPr>
      <w:r>
        <w:rPr>
          <w:color w:val="2255E0"/>
          <w:shd w:val="clear" w:color="auto" w:fill="FFF6D5"/>
        </w:rPr>
        <w:t>Election of committee</w:t>
      </w:r>
    </w:p>
    <w:p>
      <w:pPr>
        <w:pStyle w:val="ListNumber"/>
      </w:pPr>
      <w:r>
        <w:rPr>
          <w:color w:val="2255E0"/>
          <w:shd w:val="clear" w:color="auto" w:fill="FFF6D5"/>
        </w:rPr>
        <w:t>Subscriptions for the coming year</w:t>
      </w:r>
    </w:p>
    <w:p>
      <w:pPr>
        <w:pStyle w:val="ListNumber"/>
      </w:pPr>
      <w:r>
        <w:rPr>
          <w:color w:val="2255E0"/>
          <w:shd w:val="clear" w:color="auto" w:fill="FFF6D5"/>
        </w:rPr>
        <w:t>Motions / proposals</w:t>
      </w:r>
    </w:p>
    <w:p>
      <w:pPr>
        <w:pStyle w:val="ListNumber"/>
      </w:pPr>
      <w:r>
        <w:rPr>
          <w:color w:val="2255E0"/>
          <w:shd w:val="clear" w:color="auto" w:fill="FFF6D5"/>
        </w:rPr>
        <w:t>Any other business</w:t>
      </w:r>
    </w:p>
    <w:p>
      <w:pPr>
        <w:pStyle w:val="ListNumber"/>
      </w:pPr>
      <w:r>
        <w:rPr>
          <w:color w:val="2255E0"/>
          <w:shd w:val="clear" w:color="auto" w:fill="FFF6D5"/>
        </w:rPr>
        <w:t>Date of next meeting</w:t>
      </w:r>
    </w:p>
    <w:p>
      <w:r>
        <w:br w:type="page"/>
      </w:r>
    </w:p>
    <w:p>
      <w:pPr>
        <w:spacing w:after="40"/>
      </w:pPr>
      <w:r>
        <w:rPr>
          <w:b/>
          <w:i w:val="0"/>
          <w:color w:val="1B2A5B"/>
          <w:sz w:val="44"/>
        </w:rPr>
        <w:t>AGM Minutes</w:t>
      </w:r>
    </w:p>
    <w:p>
      <w:pPr>
        <w:spacing w:after="80"/>
      </w:pPr>
      <w:r>
        <w:rPr>
          <w:b w:val="0"/>
          <w:i w:val="0"/>
          <w:color w:val="808799"/>
          <w:sz w:val="20"/>
        </w:rPr>
        <w:t>[Date] · [Venue]</w:t>
      </w:r>
    </w:p>
    <w:p>
      <w:pPr>
        <w:pBdr>
          <w:bottom w:val="single" w:sz="12" w:space="1" w:color="1B2A5B"/>
        </w:pBd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6520"/>
      </w:tblGrid>
      <w:tr>
        <w:trPr>
          <w:trHeight w:val="510"/>
        </w:trPr>
        <w:tc>
          <w:tcPr>
            <w:tcW w:type="dxa" w:w="3118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  <w:shd w:val="clear" w:color="auto" w:fill="F4F6FB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sz w:val="20"/>
              </w:rPr>
              <w:t>Present</w:t>
            </w:r>
          </w:p>
        </w:tc>
        <w:tc>
          <w:tcPr>
            <w:tcW w:type="dxa" w:w="6520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  <w:tr>
        <w:trPr>
          <w:trHeight w:val="510"/>
        </w:trPr>
        <w:tc>
          <w:tcPr>
            <w:tcW w:type="dxa" w:w="3118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  <w:shd w:val="clear" w:color="auto" w:fill="F4F6FB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sz w:val="20"/>
              </w:rPr>
              <w:t>Apologies</w:t>
            </w:r>
          </w:p>
        </w:tc>
        <w:tc>
          <w:tcPr>
            <w:tcW w:type="dxa" w:w="6520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  <w:tr>
        <w:trPr>
          <w:trHeight w:val="510"/>
        </w:trPr>
        <w:tc>
          <w:tcPr>
            <w:tcW w:type="dxa" w:w="3118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  <w:shd w:val="clear" w:color="auto" w:fill="F4F6FB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sz w:val="20"/>
              </w:rPr>
              <w:t>Chair</w:t>
            </w:r>
          </w:p>
        </w:tc>
        <w:tc>
          <w:tcPr>
            <w:tcW w:type="dxa" w:w="6520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  <w:tr>
        <w:trPr>
          <w:trHeight w:val="510"/>
        </w:trPr>
        <w:tc>
          <w:tcPr>
            <w:tcW w:type="dxa" w:w="3118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  <w:shd w:val="clear" w:color="auto" w:fill="F4F6FB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sz w:val="20"/>
              </w:rPr>
              <w:t>Minutes by</w:t>
            </w:r>
          </w:p>
        </w:tc>
        <w:tc>
          <w:tcPr>
            <w:tcW w:type="dxa" w:w="6520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</w:tbl>
    <w:p>
      <w:pPr>
        <w:pStyle w:val="Heading3"/>
      </w:pPr>
      <w:r>
        <w:t>1. Minutes of last AGM – approved / amendments</w:t>
      </w:r>
    </w:p>
    <w:p>
      <w:r>
        <w:rPr>
          <w:b w:val="0"/>
          <w:i w:val="0"/>
          <w:color w:val="2255E0"/>
          <w:shd w:val="clear" w:color="auto" w:fill="FFF6D5"/>
        </w:rPr>
        <w:t>[ ]</w:t>
      </w:r>
    </w:p>
    <w:p>
      <w:pPr>
        <w:pStyle w:val="Heading3"/>
      </w:pPr>
      <w:r>
        <w:t>2. Chair's report</w:t>
      </w:r>
    </w:p>
    <w:p>
      <w:r>
        <w:rPr>
          <w:b w:val="0"/>
          <w:i w:val="0"/>
          <w:color w:val="2255E0"/>
          <w:shd w:val="clear" w:color="auto" w:fill="FFF6D5"/>
        </w:rPr>
        <w:t>[ ]</w:t>
      </w:r>
    </w:p>
    <w:p>
      <w:pPr>
        <w:pStyle w:val="Heading3"/>
      </w:pPr>
      <w:r>
        <w:t>3. Treasurer's report – accounts adopted</w:t>
      </w:r>
    </w:p>
    <w:p>
      <w:r>
        <w:rPr>
          <w:b w:val="0"/>
          <w:i w:val="0"/>
          <w:color w:val="2255E0"/>
          <w:shd w:val="clear" w:color="auto" w:fill="FFF6D5"/>
        </w:rPr>
        <w:t>[ ]</w:t>
      </w:r>
    </w:p>
    <w:p>
      <w:pPr>
        <w:pStyle w:val="Heading3"/>
      </w:pPr>
      <w:r>
        <w:t>4. Elections – results</w:t>
      </w:r>
    </w:p>
    <w:p>
      <w:r>
        <w:rPr>
          <w:b w:val="0"/>
          <w:i w:val="0"/>
          <w:color w:val="2255E0"/>
          <w:shd w:val="clear" w:color="auto" w:fill="FFF6D5"/>
        </w:rPr>
        <w:t>[ ]</w:t>
      </w:r>
    </w:p>
    <w:p>
      <w:pPr>
        <w:pStyle w:val="Heading3"/>
      </w:pPr>
      <w:r>
        <w:t>5. Subscriptions agreed</w:t>
      </w:r>
    </w:p>
    <w:p>
      <w:r>
        <w:rPr>
          <w:b w:val="0"/>
          <w:i w:val="0"/>
          <w:color w:val="2255E0"/>
          <w:shd w:val="clear" w:color="auto" w:fill="FFF6D5"/>
        </w:rPr>
        <w:t>[ ]</w:t>
      </w:r>
    </w:p>
    <w:p>
      <w:pPr>
        <w:pStyle w:val="Heading3"/>
      </w:pPr>
      <w:r>
        <w:t>6. Motions – outcome</w:t>
      </w:r>
    </w:p>
    <w:p>
      <w:r>
        <w:rPr>
          <w:b w:val="0"/>
          <w:i w:val="0"/>
          <w:color w:val="2255E0"/>
          <w:shd w:val="clear" w:color="auto" w:fill="FFF6D5"/>
        </w:rPr>
        <w:t>[ ]</w:t>
      </w:r>
    </w:p>
    <w:p>
      <w:pPr>
        <w:pStyle w:val="Heading3"/>
      </w:pPr>
      <w:r>
        <w:t>7. AOB</w:t>
      </w:r>
    </w:p>
    <w:p>
      <w:r>
        <w:rPr>
          <w:b w:val="0"/>
          <w:i w:val="0"/>
          <w:color w:val="2255E0"/>
          <w:shd w:val="clear" w:color="auto" w:fill="FFF6D5"/>
        </w:rPr>
        <w:t>[ ]</w:t>
      </w:r>
    </w:p>
    <w:p>
      <w:pPr>
        <w:pStyle w:val="Heading3"/>
      </w:pPr>
      <w:r>
        <w:t>8. Close</w:t>
      </w:r>
    </w:p>
    <w:p>
      <w:r>
        <w:rPr>
          <w:b w:val="0"/>
          <w:i w:val="0"/>
          <w:color w:val="2255E0"/>
          <w:shd w:val="clear" w:color="auto" w:fill="FFF6D5"/>
        </w:rPr>
        <w:t>[ ]</w:t>
      </w:r>
    </w:p>
    <w:p>
      <w:pPr>
        <w:spacing w:before="120"/>
      </w:pPr>
      <w:r>
        <w:rPr>
          <w:b w:val="0"/>
          <w:i/>
          <w:color w:val="808799"/>
          <w:sz w:val="16"/>
        </w:rPr>
        <w:t>Blue highlighted text = replace with your own. Delete this note before printing.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AGM agenda &amp; minutes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