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2551"/>
        <w:gridCol w:w="1984"/>
      </w:tblGrid>
      <w:tr>
        <w:tc>
          <w:tcPr>
            <w:tcW w:type="dxa" w:w="5102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Name: ______________________</w:t>
            </w:r>
          </w:p>
        </w:tc>
        <w:tc>
          <w:tcPr>
            <w:tcW w:type="dxa" w:w="2551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Date: __________</w:t>
            </w:r>
          </w:p>
        </w:tc>
        <w:tc>
          <w:tcPr>
            <w:tcW w:type="dxa" w:w="1984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Class: ______</w:t>
            </w:r>
          </w:p>
        </w:tc>
      </w:tr>
    </w:tbl>
    <w:p>
      <w:r>
        <w:rPr>
          <w:b/>
          <w:i w:val="0"/>
          <w:color w:val="2255E0"/>
          <w:sz w:val="32"/>
          <w:shd w:val="clear" w:color="auto" w:fill="FFF6D5"/>
        </w:rPr>
        <w:t>[Worksheet title] – Multiple choice</w:t>
      </w:r>
    </w:p>
    <w:p>
      <w:pPr>
        <w:pBdr>
          <w:bottom w:val="single" w:sz="12" w:space="1" w:color="7C5CFF"/>
        </w:pBdr>
        <w:spacing w:after="120"/>
      </w:pPr>
    </w:p>
    <w:p>
      <w:pPr>
        <w:spacing w:after="40"/>
      </w:pPr>
      <w:r>
        <w:rPr>
          <w:b/>
          <w:i w:val="0"/>
          <w:color w:val="2255E0"/>
          <w:shd w:val="clear" w:color="auto" w:fill="FFF6D5"/>
        </w:rPr>
        <w:t>1. [Question]</w:t>
      </w:r>
    </w:p>
    <w:p>
      <w:pPr>
        <w:spacing w:after="160"/>
      </w:pPr>
      <w:r>
        <w:rPr>
          <w:b w:val="0"/>
          <w:i w:val="0"/>
        </w:rPr>
        <w:t xml:space="preserve">   ☐ A  [answer]     ☐ B  [answer]     ☐ C  [answer]     ☐ D  [answer]</w:t>
      </w:r>
    </w:p>
    <w:p>
      <w:pPr>
        <w:spacing w:after="40"/>
      </w:pPr>
      <w:r>
        <w:rPr>
          <w:b/>
          <w:i w:val="0"/>
          <w:color w:val="2255E0"/>
          <w:shd w:val="clear" w:color="auto" w:fill="FFF6D5"/>
        </w:rPr>
        <w:t>2. [Question]</w:t>
      </w:r>
    </w:p>
    <w:p>
      <w:pPr>
        <w:spacing w:after="160"/>
      </w:pPr>
      <w:r>
        <w:rPr>
          <w:b w:val="0"/>
          <w:i w:val="0"/>
        </w:rPr>
        <w:t xml:space="preserve">   ☐ A  [answer]     ☐ B  [answer]     ☐ C  [answer]     ☐ D  [answer]</w:t>
      </w:r>
    </w:p>
    <w:p>
      <w:pPr>
        <w:spacing w:after="40"/>
      </w:pPr>
      <w:r>
        <w:rPr>
          <w:b/>
          <w:i w:val="0"/>
          <w:color w:val="2255E0"/>
          <w:shd w:val="clear" w:color="auto" w:fill="FFF6D5"/>
        </w:rPr>
        <w:t>3. [Question]</w:t>
      </w:r>
    </w:p>
    <w:p>
      <w:pPr>
        <w:spacing w:after="160"/>
      </w:pPr>
      <w:r>
        <w:rPr>
          <w:b w:val="0"/>
          <w:i w:val="0"/>
        </w:rPr>
        <w:t xml:space="preserve">   ☐ A  [answer]     ☐ B  [answer]     ☐ C  [answer]     ☐ D  [answer]</w:t>
      </w:r>
    </w:p>
    <w:p>
      <w:pPr>
        <w:spacing w:after="40"/>
      </w:pPr>
      <w:r>
        <w:rPr>
          <w:b/>
          <w:i w:val="0"/>
          <w:color w:val="2255E0"/>
          <w:shd w:val="clear" w:color="auto" w:fill="FFF6D5"/>
        </w:rPr>
        <w:t>4. [Question]</w:t>
      </w:r>
    </w:p>
    <w:p>
      <w:pPr>
        <w:spacing w:after="160"/>
      </w:pPr>
      <w:r>
        <w:rPr>
          <w:b w:val="0"/>
          <w:i w:val="0"/>
        </w:rPr>
        <w:t xml:space="preserve">   ☐ A  [answer]     ☐ B  [answer]     ☐ C  [answer]     ☐ D  [answer]</w:t>
      </w:r>
    </w:p>
    <w:p>
      <w:pPr>
        <w:spacing w:after="40"/>
      </w:pPr>
      <w:r>
        <w:rPr>
          <w:b/>
          <w:i w:val="0"/>
          <w:color w:val="2255E0"/>
          <w:shd w:val="clear" w:color="auto" w:fill="FFF6D5"/>
        </w:rPr>
        <w:t>5. [Question]</w:t>
      </w:r>
    </w:p>
    <w:p>
      <w:pPr>
        <w:spacing w:after="160"/>
      </w:pPr>
      <w:r>
        <w:rPr>
          <w:b w:val="0"/>
          <w:i w:val="0"/>
        </w:rPr>
        <w:t xml:space="preserve">   ☐ A  [answer]     ☐ B  [answer]     ☐ C  [answer]     ☐ D  [answer]</w:t>
      </w:r>
    </w:p>
    <w:p>
      <w:pPr>
        <w:spacing w:after="40"/>
      </w:pPr>
      <w:r>
        <w:rPr>
          <w:b/>
          <w:i w:val="0"/>
          <w:color w:val="2255E0"/>
          <w:shd w:val="clear" w:color="auto" w:fill="FFF6D5"/>
        </w:rPr>
        <w:t>6. [Question]</w:t>
      </w:r>
    </w:p>
    <w:p>
      <w:pPr>
        <w:spacing w:after="160"/>
      </w:pPr>
      <w:r>
        <w:rPr>
          <w:b w:val="0"/>
          <w:i w:val="0"/>
        </w:rPr>
        <w:t xml:space="preserve">   ☐ A  [answer]     ☐ B  [answer]     ☐ C  [answer]     ☐ D  [answer]</w:t>
      </w:r>
    </w:p>
    <w:p>
      <w:pPr>
        <w:spacing w:after="40"/>
      </w:pPr>
      <w:r>
        <w:rPr>
          <w:b/>
          <w:i w:val="0"/>
          <w:color w:val="2255E0"/>
          <w:shd w:val="clear" w:color="auto" w:fill="FFF6D5"/>
        </w:rPr>
        <w:t>7. [Question]</w:t>
      </w:r>
    </w:p>
    <w:p>
      <w:pPr>
        <w:spacing w:after="160"/>
      </w:pPr>
      <w:r>
        <w:rPr>
          <w:b w:val="0"/>
          <w:i w:val="0"/>
        </w:rPr>
        <w:t xml:space="preserve">   ☐ A  [answer]     ☐ B  [answer]     ☐ C  [answer]     ☐ D  [answer]</w:t>
      </w:r>
    </w:p>
    <w:p>
      <w:pPr>
        <w:spacing w:after="40"/>
      </w:pPr>
      <w:r>
        <w:rPr>
          <w:b/>
          <w:i w:val="0"/>
          <w:color w:val="2255E0"/>
          <w:shd w:val="clear" w:color="auto" w:fill="FFF6D5"/>
        </w:rPr>
        <w:t>8. [Question]</w:t>
      </w:r>
    </w:p>
    <w:p>
      <w:pPr>
        <w:spacing w:after="160"/>
      </w:pPr>
      <w:r>
        <w:rPr>
          <w:b w:val="0"/>
          <w:i w:val="0"/>
        </w:rPr>
        <w:t xml:space="preserve">   ☐ A  [answer]     ☐ B  [answer]     ☐ C  [answer]     ☐ D  [answer]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2551"/>
        <w:gridCol w:w="1984"/>
      </w:tblGrid>
      <w:tr>
        <w:tc>
          <w:tcPr>
            <w:tcW w:type="dxa" w:w="5102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Name: ______________________</w:t>
            </w:r>
          </w:p>
        </w:tc>
        <w:tc>
          <w:tcPr>
            <w:tcW w:type="dxa" w:w="2551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Date: __________</w:t>
            </w:r>
          </w:p>
        </w:tc>
        <w:tc>
          <w:tcPr>
            <w:tcW w:type="dxa" w:w="1984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Class: ______</w:t>
            </w:r>
          </w:p>
        </w:tc>
      </w:tr>
    </w:tbl>
    <w:p>
      <w:r>
        <w:rPr>
          <w:b/>
          <w:i w:val="0"/>
          <w:color w:val="2255E0"/>
          <w:sz w:val="32"/>
          <w:shd w:val="clear" w:color="auto" w:fill="FFF6D5"/>
        </w:rPr>
        <w:t>[Worksheet title] – Fill in the blanks</w:t>
      </w:r>
    </w:p>
    <w:p>
      <w:pPr>
        <w:pBdr>
          <w:bottom w:val="single" w:sz="12" w:space="1" w:color="7C5CFF"/>
        </w:pBdr>
        <w:spacing w:after="120"/>
      </w:pPr>
    </w:p>
    <w:p>
      <w:r>
        <w:rPr>
          <w:b w:val="0"/>
          <w:i/>
          <w:color w:val="808799"/>
        </w:rPr>
        <w:t>Word bank: [word] · [word] · [word] · [word] · [word] · [word]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1. [Sentence with a] ______________ [gap].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2. [Sentence with a] ______________ [gap].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3. [Sentence with a] ______________ [gap].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4. [Sentence with a] ______________ [gap].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5. [Sentence with a] ______________ [gap].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6. [Sentence with a] ______________ [gap].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7. [Sentence with a] ______________ [gap].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8. [Sentence with a] ______________ [gap].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9. [Sentence with a] ______________ [gap].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10. [Sentence with a] ______________ [gap].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2551"/>
        <w:gridCol w:w="1984"/>
      </w:tblGrid>
      <w:tr>
        <w:tc>
          <w:tcPr>
            <w:tcW w:type="dxa" w:w="5102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Name: ______________________</w:t>
            </w:r>
          </w:p>
        </w:tc>
        <w:tc>
          <w:tcPr>
            <w:tcW w:type="dxa" w:w="2551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Date: __________</w:t>
            </w:r>
          </w:p>
        </w:tc>
        <w:tc>
          <w:tcPr>
            <w:tcW w:type="dxa" w:w="1984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Class: ______</w:t>
            </w:r>
          </w:p>
        </w:tc>
      </w:tr>
    </w:tbl>
    <w:p>
      <w:r>
        <w:rPr>
          <w:b/>
          <w:i w:val="0"/>
          <w:color w:val="2255E0"/>
          <w:sz w:val="32"/>
          <w:shd w:val="clear" w:color="auto" w:fill="FFF6D5"/>
        </w:rPr>
        <w:t>[Worksheet title] – Matching</w:t>
      </w:r>
    </w:p>
    <w:p>
      <w:pPr>
        <w:pBdr>
          <w:bottom w:val="single" w:sz="12" w:space="1" w:color="7C5CFF"/>
        </w:pBdr>
        <w:spacing w:after="120"/>
      </w:pPr>
    </w:p>
    <w:p>
      <w:r>
        <w:rPr>
          <w:b w:val="0"/>
          <w:i w:val="0"/>
        </w:rPr>
        <w:t>Draw a line from each item on the left to its match on the right.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1701"/>
        <w:gridCol w:w="3969"/>
      </w:tblGrid>
      <w:tr>
        <w:trPr>
          <w:trHeight w:val="567"/>
        </w:trPr>
        <w:tc>
          <w:tcPr>
            <w:tcW w:type="dxa" w:w="3969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1.  [Item]</w:t>
            </w:r>
          </w:p>
        </w:tc>
        <w:tc>
          <w:tcPr>
            <w:tcW w:type="dxa" w:w="1701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969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[Match]   A</w:t>
            </w:r>
          </w:p>
        </w:tc>
      </w:tr>
      <w:tr>
        <w:trPr>
          <w:trHeight w:val="567"/>
        </w:trPr>
        <w:tc>
          <w:tcPr>
            <w:tcW w:type="dxa" w:w="3969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2.  [Item]</w:t>
            </w:r>
          </w:p>
        </w:tc>
        <w:tc>
          <w:tcPr>
            <w:tcW w:type="dxa" w:w="1701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969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[Match]   B</w:t>
            </w:r>
          </w:p>
        </w:tc>
      </w:tr>
      <w:tr>
        <w:trPr>
          <w:trHeight w:val="567"/>
        </w:trPr>
        <w:tc>
          <w:tcPr>
            <w:tcW w:type="dxa" w:w="3969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3.  [Item]</w:t>
            </w:r>
          </w:p>
        </w:tc>
        <w:tc>
          <w:tcPr>
            <w:tcW w:type="dxa" w:w="1701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969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[Match]   C</w:t>
            </w:r>
          </w:p>
        </w:tc>
      </w:tr>
      <w:tr>
        <w:trPr>
          <w:trHeight w:val="567"/>
        </w:trPr>
        <w:tc>
          <w:tcPr>
            <w:tcW w:type="dxa" w:w="3969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4.  [Item]</w:t>
            </w:r>
          </w:p>
        </w:tc>
        <w:tc>
          <w:tcPr>
            <w:tcW w:type="dxa" w:w="1701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969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[Match]   D</w:t>
            </w:r>
          </w:p>
        </w:tc>
      </w:tr>
      <w:tr>
        <w:trPr>
          <w:trHeight w:val="567"/>
        </w:trPr>
        <w:tc>
          <w:tcPr>
            <w:tcW w:type="dxa" w:w="3969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5.  [Item]</w:t>
            </w:r>
          </w:p>
        </w:tc>
        <w:tc>
          <w:tcPr>
            <w:tcW w:type="dxa" w:w="1701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969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[Match]   E</w:t>
            </w:r>
          </w:p>
        </w:tc>
      </w:tr>
      <w:tr>
        <w:trPr>
          <w:trHeight w:val="567"/>
        </w:trPr>
        <w:tc>
          <w:tcPr>
            <w:tcW w:type="dxa" w:w="3969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6.  [Item]</w:t>
            </w:r>
          </w:p>
        </w:tc>
        <w:tc>
          <w:tcPr>
            <w:tcW w:type="dxa" w:w="1701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969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[Match]   F</w:t>
            </w:r>
          </w:p>
        </w:tc>
      </w:tr>
      <w:tr>
        <w:trPr>
          <w:trHeight w:val="567"/>
        </w:trPr>
        <w:tc>
          <w:tcPr>
            <w:tcW w:type="dxa" w:w="3969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7.  [Item]</w:t>
            </w:r>
          </w:p>
        </w:tc>
        <w:tc>
          <w:tcPr>
            <w:tcW w:type="dxa" w:w="1701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969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[Match]   G</w:t>
            </w:r>
          </w:p>
        </w:tc>
      </w:tr>
      <w:tr>
        <w:trPr>
          <w:trHeight w:val="567"/>
        </w:trPr>
        <w:tc>
          <w:tcPr>
            <w:tcW w:type="dxa" w:w="3969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8.  [Item]</w:t>
            </w:r>
          </w:p>
        </w:tc>
        <w:tc>
          <w:tcPr>
            <w:tcW w:type="dxa" w:w="1701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969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[Match]   H</w:t>
            </w:r>
          </w:p>
        </w:tc>
      </w:tr>
      <w:tr>
        <w:trPr>
          <w:trHeight w:val="567"/>
        </w:trPr>
        <w:tc>
          <w:tcPr>
            <w:tcW w:type="dxa" w:w="3969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9.  [Item]</w:t>
            </w:r>
          </w:p>
        </w:tc>
        <w:tc>
          <w:tcPr>
            <w:tcW w:type="dxa" w:w="1701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969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[Match]   I</w:t>
            </w:r>
          </w:p>
        </w:tc>
      </w:tr>
      <w:tr>
        <w:trPr>
          <w:trHeight w:val="567"/>
        </w:trPr>
        <w:tc>
          <w:tcPr>
            <w:tcW w:type="dxa" w:w="3969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10.  [Item]</w:t>
            </w:r>
          </w:p>
        </w:tc>
        <w:tc>
          <w:tcPr>
            <w:tcW w:type="dxa" w:w="1701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969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[Match]   J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2"/>
        <w:gridCol w:w="2551"/>
        <w:gridCol w:w="1984"/>
      </w:tblGrid>
      <w:tr>
        <w:tc>
          <w:tcPr>
            <w:tcW w:type="dxa" w:w="5102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Name: ______________________</w:t>
            </w:r>
          </w:p>
        </w:tc>
        <w:tc>
          <w:tcPr>
            <w:tcW w:type="dxa" w:w="2551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Date: __________</w:t>
            </w:r>
          </w:p>
        </w:tc>
        <w:tc>
          <w:tcPr>
            <w:tcW w:type="dxa" w:w="1984"/>
            <w:tcBorders>
              <w:top w:val="nil" w:sz="4" w:color="D9DDE8"/>
              <w:left w:val="nil" w:sz="4" w:color="D9DDE8"/>
              <w:bottom w:val="nil" w:sz="4" w:color="D9DDE8"/>
              <w:right w:val="nil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Class: ______</w:t>
            </w:r>
          </w:p>
        </w:tc>
      </w:tr>
    </w:tbl>
    <w:p>
      <w:r>
        <w:rPr>
          <w:b/>
          <w:i w:val="0"/>
          <w:color w:val="2255E0"/>
          <w:sz w:val="32"/>
          <w:shd w:val="clear" w:color="auto" w:fill="FFF6D5"/>
        </w:rPr>
        <w:t>[Worksheet title] – True or false</w:t>
      </w:r>
    </w:p>
    <w:p>
      <w:pPr>
        <w:pBdr>
          <w:bottom w:val="single" w:sz="12" w:space="1" w:color="7C5CFF"/>
        </w:pBdr>
        <w:spacing w:after="120"/>
      </w:pPr>
    </w:p>
    <w:p>
      <w:pPr>
        <w:spacing w:after="160"/>
      </w:pPr>
      <w:r>
        <w:rPr>
          <w:b w:val="0"/>
          <w:i w:val="0"/>
          <w:color w:val="2255E0"/>
          <w:shd w:val="clear" w:color="auto" w:fill="FFF6D5"/>
        </w:rPr>
        <w:t>1. [Statement]                                              ☐ True   ☐ False</w:t>
      </w:r>
    </w:p>
    <w:p>
      <w:pPr>
        <w:spacing w:after="160"/>
      </w:pPr>
      <w:r>
        <w:rPr>
          <w:b w:val="0"/>
          <w:i w:val="0"/>
          <w:color w:val="2255E0"/>
          <w:shd w:val="clear" w:color="auto" w:fill="FFF6D5"/>
        </w:rPr>
        <w:t>2. [Statement]                                              ☐ True   ☐ False</w:t>
      </w:r>
    </w:p>
    <w:p>
      <w:pPr>
        <w:spacing w:after="160"/>
      </w:pPr>
      <w:r>
        <w:rPr>
          <w:b w:val="0"/>
          <w:i w:val="0"/>
          <w:color w:val="2255E0"/>
          <w:shd w:val="clear" w:color="auto" w:fill="FFF6D5"/>
        </w:rPr>
        <w:t>3. [Statement]                                              ☐ True   ☐ False</w:t>
      </w:r>
    </w:p>
    <w:p>
      <w:pPr>
        <w:spacing w:after="160"/>
      </w:pPr>
      <w:r>
        <w:rPr>
          <w:b w:val="0"/>
          <w:i w:val="0"/>
          <w:color w:val="2255E0"/>
          <w:shd w:val="clear" w:color="auto" w:fill="FFF6D5"/>
        </w:rPr>
        <w:t>4. [Statement]                                              ☐ True   ☐ False</w:t>
      </w:r>
    </w:p>
    <w:p>
      <w:pPr>
        <w:spacing w:after="160"/>
      </w:pPr>
      <w:r>
        <w:rPr>
          <w:b w:val="0"/>
          <w:i w:val="0"/>
          <w:color w:val="2255E0"/>
          <w:shd w:val="clear" w:color="auto" w:fill="FFF6D5"/>
        </w:rPr>
        <w:t>5. [Statement]                                              ☐ True   ☐ False</w:t>
      </w:r>
    </w:p>
    <w:p>
      <w:pPr>
        <w:spacing w:after="160"/>
      </w:pPr>
      <w:r>
        <w:rPr>
          <w:b w:val="0"/>
          <w:i w:val="0"/>
          <w:color w:val="2255E0"/>
          <w:shd w:val="clear" w:color="auto" w:fill="FFF6D5"/>
        </w:rPr>
        <w:t>6. [Statement]                                              ☐ True   ☐ False</w:t>
      </w:r>
    </w:p>
    <w:p>
      <w:pPr>
        <w:spacing w:after="160"/>
      </w:pPr>
      <w:r>
        <w:rPr>
          <w:b w:val="0"/>
          <w:i w:val="0"/>
          <w:color w:val="2255E0"/>
          <w:shd w:val="clear" w:color="auto" w:fill="FFF6D5"/>
        </w:rPr>
        <w:t>7. [Statement]                                              ☐ True   ☐ False</w:t>
      </w:r>
    </w:p>
    <w:p>
      <w:pPr>
        <w:spacing w:after="160"/>
      </w:pPr>
      <w:r>
        <w:rPr>
          <w:b w:val="0"/>
          <w:i w:val="0"/>
          <w:color w:val="2255E0"/>
          <w:shd w:val="clear" w:color="auto" w:fill="FFF6D5"/>
        </w:rPr>
        <w:t>8. [Statement]                                              ☐ True   ☐ False</w:t>
      </w:r>
    </w:p>
    <w:p>
      <w:pPr>
        <w:spacing w:after="160"/>
      </w:pPr>
      <w:r>
        <w:rPr>
          <w:b w:val="0"/>
          <w:i w:val="0"/>
          <w:color w:val="2255E0"/>
          <w:shd w:val="clear" w:color="auto" w:fill="FFF6D5"/>
        </w:rPr>
        <w:t>9. [Statement]                                              ☐ True   ☐ False</w:t>
      </w:r>
    </w:p>
    <w:p>
      <w:pPr>
        <w:spacing w:after="160"/>
      </w:pPr>
      <w:r>
        <w:rPr>
          <w:b w:val="0"/>
          <w:i w:val="0"/>
          <w:color w:val="2255E0"/>
          <w:shd w:val="clear" w:color="auto" w:fill="FFF6D5"/>
        </w:rPr>
        <w:t>10. [Statement]                                              ☐ True   ☐ False</w:t>
      </w:r>
    </w:p>
    <w:p>
      <w:pPr>
        <w:spacing w:after="160"/>
      </w:pPr>
      <w:r>
        <w:rPr>
          <w:b w:val="0"/>
          <w:i w:val="0"/>
          <w:color w:val="2255E0"/>
          <w:shd w:val="clear" w:color="auto" w:fill="FFF6D5"/>
        </w:rPr>
        <w:t>11. [Statement]                                              ☐ True   ☐ False</w:t>
      </w:r>
    </w:p>
    <w:p>
      <w:pPr>
        <w:spacing w:after="160"/>
      </w:pPr>
      <w:r>
        <w:rPr>
          <w:b w:val="0"/>
          <w:i w:val="0"/>
          <w:color w:val="2255E0"/>
          <w:shd w:val="clear" w:color="auto" w:fill="FFF6D5"/>
        </w:rPr>
        <w:t>12. [Statement]                                              ☐ True   ☐ False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blanks (multiple choice, fill-in, matching, true/false)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