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40"/>
      </w:pPr>
      <w:r>
        <w:rPr>
          <w:b/>
          <w:i w:val="0"/>
          <w:color w:val="7C5CFF"/>
          <w:sz w:val="44"/>
        </w:rPr>
        <w:t>Course syllabus</w:t>
      </w:r>
    </w:p>
    <w:p>
      <w:pPr>
        <w:spacing w:after="80"/>
      </w:pPr>
      <w:r>
        <w:rPr>
          <w:b w:val="0"/>
          <w:i w:val="0"/>
          <w:color w:val="808799"/>
          <w:sz w:val="20"/>
        </w:rPr>
        <w:t>Course title · Code · Term · Credits</w:t>
      </w:r>
    </w:p>
    <w:p>
      <w:pPr>
        <w:pBdr>
          <w:bottom w:val="single" w:sz="12" w:space="1" w:color="7C5CFF"/>
        </w:pBdr>
        <w:spacing w:after="120"/>
      </w:pPr>
    </w:p>
    <w:p>
      <w:pPr>
        <w:pStyle w:val="Heading3"/>
      </w:pPr>
      <w:r>
        <w:t>Instructor &amp; contact hours</w:t>
      </w:r>
    </w:p>
    <w:p>
      <w:pPr>
        <w:spacing w:after="120"/>
      </w:pPr>
      <w:r>
        <w:rPr>
          <w:b w:val="0"/>
          <w:i w:val="0"/>
          <w:color w:val="2255E0"/>
          <w:shd w:val="clear" w:color="auto" w:fill="FFF6D5"/>
        </w:rPr>
        <w:t>[ … ]</w:t>
      </w:r>
    </w:p>
    <w:p>
      <w:pPr>
        <w:pStyle w:val="Heading3"/>
      </w:pPr>
      <w:r>
        <w:t>Course description</w:t>
      </w:r>
    </w:p>
    <w:p>
      <w:pPr>
        <w:spacing w:after="120"/>
      </w:pPr>
      <w:r>
        <w:rPr>
          <w:b w:val="0"/>
          <w:i w:val="0"/>
          <w:color w:val="2255E0"/>
          <w:shd w:val="clear" w:color="auto" w:fill="FFF6D5"/>
        </w:rPr>
        <w:t>[ … ]</w:t>
      </w:r>
    </w:p>
    <w:p>
      <w:pPr>
        <w:pStyle w:val="Heading3"/>
      </w:pPr>
      <w:r>
        <w:t>Learning outcomes</w:t>
      </w:r>
    </w:p>
    <w:p>
      <w:pPr>
        <w:spacing w:after="120"/>
      </w:pPr>
      <w:r>
        <w:rPr>
          <w:b w:val="0"/>
          <w:i w:val="0"/>
          <w:color w:val="2255E0"/>
          <w:shd w:val="clear" w:color="auto" w:fill="FFF6D5"/>
        </w:rPr>
        <w:t>[ … ]</w:t>
      </w:r>
    </w:p>
    <w:p>
      <w:pPr>
        <w:pStyle w:val="Heading3"/>
      </w:pPr>
      <w:r>
        <w:t>Required texts &amp; materials</w:t>
      </w:r>
    </w:p>
    <w:p>
      <w:pPr>
        <w:spacing w:after="120"/>
      </w:pPr>
      <w:r>
        <w:rPr>
          <w:b w:val="0"/>
          <w:i w:val="0"/>
          <w:color w:val="2255E0"/>
          <w:shd w:val="clear" w:color="auto" w:fill="FFF6D5"/>
        </w:rPr>
        <w:t>[ … ]</w:t>
      </w:r>
    </w:p>
    <w:p>
      <w:pPr>
        <w:pStyle w:val="Heading3"/>
      </w:pPr>
      <w:r>
        <w:t>Weekly schedule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1587"/>
        <w:gridCol w:w="2551"/>
        <w:gridCol w:w="3515"/>
        <w:gridCol w:w="1984"/>
      </w:tblGrid>
      <w:tr>
        <w:tc>
          <w:tcPr>
            <w:tcW w:type="dxa" w:w="1587"/>
            <w:shd w:val="clear" w:color="auto" w:fill="7C5CFF"/>
            <w:tcBorders>
              <w:top w:val="single" w:sz="4" w:color="D9DDE8"/>
              <w:left w:val="single" w:sz="4" w:color="D9DDE8"/>
              <w:bottom w:val="single" w:sz="4" w:color="D9DDE8"/>
              <w:right w:val="single" w:sz="4" w:color="D9DDE8"/>
            </w:tcBorders>
            <w:vAlign w:val="center"/>
          </w:tcPr>
          <w:p>
            <w:pPr>
              <w:spacing w:after="0"/>
            </w:pPr>
            <w:r/>
            <w:r>
              <w:rPr>
                <w:b/>
                <w:color w:val="FFFFFF"/>
                <w:sz w:val="20"/>
              </w:rPr>
              <w:t>Week / lesson</w:t>
            </w:r>
          </w:p>
        </w:tc>
        <w:tc>
          <w:tcPr>
            <w:tcW w:type="dxa" w:w="2551"/>
            <w:shd w:val="clear" w:color="auto" w:fill="7C5CFF"/>
            <w:tcBorders>
              <w:top w:val="single" w:sz="4" w:color="D9DDE8"/>
              <w:left w:val="single" w:sz="4" w:color="D9DDE8"/>
              <w:bottom w:val="single" w:sz="4" w:color="D9DDE8"/>
              <w:right w:val="single" w:sz="4" w:color="D9DDE8"/>
            </w:tcBorders>
            <w:vAlign w:val="center"/>
          </w:tcPr>
          <w:p>
            <w:pPr>
              <w:spacing w:after="0"/>
            </w:pPr>
            <w:r/>
            <w:r>
              <w:rPr>
                <w:b/>
                <w:color w:val="FFFFFF"/>
                <w:sz w:val="20"/>
              </w:rPr>
              <w:t>Topic</w:t>
            </w:r>
          </w:p>
        </w:tc>
        <w:tc>
          <w:tcPr>
            <w:tcW w:type="dxa" w:w="3515"/>
            <w:shd w:val="clear" w:color="auto" w:fill="7C5CFF"/>
            <w:tcBorders>
              <w:top w:val="single" w:sz="4" w:color="D9DDE8"/>
              <w:left w:val="single" w:sz="4" w:color="D9DDE8"/>
              <w:bottom w:val="single" w:sz="4" w:color="D9DDE8"/>
              <w:right w:val="single" w:sz="4" w:color="D9DDE8"/>
            </w:tcBorders>
            <w:vAlign w:val="center"/>
          </w:tcPr>
          <w:p>
            <w:pPr>
              <w:spacing w:after="0"/>
            </w:pPr>
            <w:r/>
            <w:r>
              <w:rPr>
                <w:b/>
                <w:color w:val="FFFFFF"/>
                <w:sz w:val="20"/>
              </w:rPr>
              <w:t>Activities</w:t>
            </w:r>
          </w:p>
        </w:tc>
        <w:tc>
          <w:tcPr>
            <w:tcW w:type="dxa" w:w="1984"/>
            <w:shd w:val="clear" w:color="auto" w:fill="7C5CFF"/>
            <w:tcBorders>
              <w:top w:val="single" w:sz="4" w:color="D9DDE8"/>
              <w:left w:val="single" w:sz="4" w:color="D9DDE8"/>
              <w:bottom w:val="single" w:sz="4" w:color="D9DDE8"/>
              <w:right w:val="single" w:sz="4" w:color="D9DDE8"/>
            </w:tcBorders>
            <w:vAlign w:val="center"/>
          </w:tcPr>
          <w:p>
            <w:pPr>
              <w:spacing w:after="0"/>
            </w:pPr>
            <w:r/>
            <w:r>
              <w:rPr>
                <w:b/>
                <w:color w:val="FFFFFF"/>
                <w:sz w:val="20"/>
              </w:rPr>
              <w:t>Assessment</w:t>
            </w:r>
          </w:p>
        </w:tc>
      </w:tr>
      <w:tr>
        <w:tc>
          <w:tcPr>
            <w:tcW w:type="dxa" w:w="1587"/>
            <w:tcBorders>
              <w:top w:val="single" w:sz="4" w:color="D9DDE8"/>
              <w:left w:val="single" w:sz="4" w:color="D9DDE8"/>
              <w:bottom w:val="single" w:sz="4" w:color="D9DDE8"/>
              <w:right w:val="single" w:sz="4" w:color="D9DDE8"/>
            </w:tcBorders>
            <w:vAlign w:val="center"/>
          </w:tcPr>
          <w:p>
            <w:pPr>
              <w:spacing w:after="0"/>
            </w:pPr>
            <w:r/>
            <w:r>
              <w:rPr>
                <w:sz w:val="20"/>
              </w:rPr>
            </w:r>
          </w:p>
        </w:tc>
        <w:tc>
          <w:tcPr>
            <w:tcW w:type="dxa" w:w="2551"/>
            <w:tcBorders>
              <w:top w:val="single" w:sz="4" w:color="D9DDE8"/>
              <w:left w:val="single" w:sz="4" w:color="D9DDE8"/>
              <w:bottom w:val="single" w:sz="4" w:color="D9DDE8"/>
              <w:right w:val="single" w:sz="4" w:color="D9DDE8"/>
            </w:tcBorders>
            <w:vAlign w:val="center"/>
          </w:tcPr>
          <w:p>
            <w:pPr>
              <w:spacing w:after="0"/>
            </w:pPr>
            <w:r/>
            <w:r>
              <w:rPr>
                <w:sz w:val="20"/>
              </w:rPr>
            </w:r>
          </w:p>
        </w:tc>
        <w:tc>
          <w:tcPr>
            <w:tcW w:type="dxa" w:w="3515"/>
            <w:tcBorders>
              <w:top w:val="single" w:sz="4" w:color="D9DDE8"/>
              <w:left w:val="single" w:sz="4" w:color="D9DDE8"/>
              <w:bottom w:val="single" w:sz="4" w:color="D9DDE8"/>
              <w:right w:val="single" w:sz="4" w:color="D9DDE8"/>
            </w:tcBorders>
            <w:vAlign w:val="center"/>
          </w:tcPr>
          <w:p>
            <w:pPr>
              <w:spacing w:after="0"/>
            </w:pPr>
            <w:r/>
            <w:r>
              <w:rPr>
                <w:sz w:val="20"/>
              </w:rPr>
            </w:r>
          </w:p>
        </w:tc>
        <w:tc>
          <w:tcPr>
            <w:tcW w:type="dxa" w:w="1984"/>
            <w:tcBorders>
              <w:top w:val="single" w:sz="4" w:color="D9DDE8"/>
              <w:left w:val="single" w:sz="4" w:color="D9DDE8"/>
              <w:bottom w:val="single" w:sz="4" w:color="D9DDE8"/>
              <w:right w:val="single" w:sz="4" w:color="D9DDE8"/>
            </w:tcBorders>
            <w:vAlign w:val="center"/>
          </w:tcPr>
          <w:p>
            <w:pPr>
              <w:spacing w:after="0"/>
            </w:pPr>
            <w:r/>
            <w:r>
              <w:rPr>
                <w:sz w:val="20"/>
              </w:rPr>
            </w:r>
          </w:p>
        </w:tc>
      </w:tr>
      <w:tr>
        <w:tc>
          <w:tcPr>
            <w:tcW w:type="dxa" w:w="1587"/>
            <w:tcBorders>
              <w:top w:val="single" w:sz="4" w:color="D9DDE8"/>
              <w:left w:val="single" w:sz="4" w:color="D9DDE8"/>
              <w:bottom w:val="single" w:sz="4" w:color="D9DDE8"/>
              <w:right w:val="single" w:sz="4" w:color="D9DDE8"/>
            </w:tcBorders>
            <w:vAlign w:val="center"/>
          </w:tcPr>
          <w:p>
            <w:pPr>
              <w:spacing w:after="0"/>
            </w:pPr>
            <w:r/>
            <w:r>
              <w:rPr>
                <w:sz w:val="20"/>
              </w:rPr>
            </w:r>
          </w:p>
        </w:tc>
        <w:tc>
          <w:tcPr>
            <w:tcW w:type="dxa" w:w="2551"/>
            <w:tcBorders>
              <w:top w:val="single" w:sz="4" w:color="D9DDE8"/>
              <w:left w:val="single" w:sz="4" w:color="D9DDE8"/>
              <w:bottom w:val="single" w:sz="4" w:color="D9DDE8"/>
              <w:right w:val="single" w:sz="4" w:color="D9DDE8"/>
            </w:tcBorders>
            <w:vAlign w:val="center"/>
          </w:tcPr>
          <w:p>
            <w:pPr>
              <w:spacing w:after="0"/>
            </w:pPr>
            <w:r/>
            <w:r>
              <w:rPr>
                <w:sz w:val="20"/>
              </w:rPr>
            </w:r>
          </w:p>
        </w:tc>
        <w:tc>
          <w:tcPr>
            <w:tcW w:type="dxa" w:w="3515"/>
            <w:tcBorders>
              <w:top w:val="single" w:sz="4" w:color="D9DDE8"/>
              <w:left w:val="single" w:sz="4" w:color="D9DDE8"/>
              <w:bottom w:val="single" w:sz="4" w:color="D9DDE8"/>
              <w:right w:val="single" w:sz="4" w:color="D9DDE8"/>
            </w:tcBorders>
            <w:vAlign w:val="center"/>
          </w:tcPr>
          <w:p>
            <w:pPr>
              <w:spacing w:after="0"/>
            </w:pPr>
            <w:r/>
            <w:r>
              <w:rPr>
                <w:sz w:val="20"/>
              </w:rPr>
            </w:r>
          </w:p>
        </w:tc>
        <w:tc>
          <w:tcPr>
            <w:tcW w:type="dxa" w:w="1984"/>
            <w:tcBorders>
              <w:top w:val="single" w:sz="4" w:color="D9DDE8"/>
              <w:left w:val="single" w:sz="4" w:color="D9DDE8"/>
              <w:bottom w:val="single" w:sz="4" w:color="D9DDE8"/>
              <w:right w:val="single" w:sz="4" w:color="D9DDE8"/>
            </w:tcBorders>
            <w:vAlign w:val="center"/>
          </w:tcPr>
          <w:p>
            <w:pPr>
              <w:spacing w:after="0"/>
            </w:pPr>
            <w:r/>
            <w:r>
              <w:rPr>
                <w:sz w:val="20"/>
              </w:rPr>
            </w:r>
          </w:p>
        </w:tc>
      </w:tr>
      <w:tr>
        <w:tc>
          <w:tcPr>
            <w:tcW w:type="dxa" w:w="1587"/>
            <w:tcBorders>
              <w:top w:val="single" w:sz="4" w:color="D9DDE8"/>
              <w:left w:val="single" w:sz="4" w:color="D9DDE8"/>
              <w:bottom w:val="single" w:sz="4" w:color="D9DDE8"/>
              <w:right w:val="single" w:sz="4" w:color="D9DDE8"/>
            </w:tcBorders>
            <w:vAlign w:val="center"/>
          </w:tcPr>
          <w:p>
            <w:pPr>
              <w:spacing w:after="0"/>
            </w:pPr>
            <w:r/>
            <w:r>
              <w:rPr>
                <w:sz w:val="20"/>
              </w:rPr>
            </w:r>
          </w:p>
        </w:tc>
        <w:tc>
          <w:tcPr>
            <w:tcW w:type="dxa" w:w="2551"/>
            <w:tcBorders>
              <w:top w:val="single" w:sz="4" w:color="D9DDE8"/>
              <w:left w:val="single" w:sz="4" w:color="D9DDE8"/>
              <w:bottom w:val="single" w:sz="4" w:color="D9DDE8"/>
              <w:right w:val="single" w:sz="4" w:color="D9DDE8"/>
            </w:tcBorders>
            <w:vAlign w:val="center"/>
          </w:tcPr>
          <w:p>
            <w:pPr>
              <w:spacing w:after="0"/>
            </w:pPr>
            <w:r/>
            <w:r>
              <w:rPr>
                <w:sz w:val="20"/>
              </w:rPr>
            </w:r>
          </w:p>
        </w:tc>
        <w:tc>
          <w:tcPr>
            <w:tcW w:type="dxa" w:w="3515"/>
            <w:tcBorders>
              <w:top w:val="single" w:sz="4" w:color="D9DDE8"/>
              <w:left w:val="single" w:sz="4" w:color="D9DDE8"/>
              <w:bottom w:val="single" w:sz="4" w:color="D9DDE8"/>
              <w:right w:val="single" w:sz="4" w:color="D9DDE8"/>
            </w:tcBorders>
            <w:vAlign w:val="center"/>
          </w:tcPr>
          <w:p>
            <w:pPr>
              <w:spacing w:after="0"/>
            </w:pPr>
            <w:r/>
            <w:r>
              <w:rPr>
                <w:sz w:val="20"/>
              </w:rPr>
            </w:r>
          </w:p>
        </w:tc>
        <w:tc>
          <w:tcPr>
            <w:tcW w:type="dxa" w:w="1984"/>
            <w:tcBorders>
              <w:top w:val="single" w:sz="4" w:color="D9DDE8"/>
              <w:left w:val="single" w:sz="4" w:color="D9DDE8"/>
              <w:bottom w:val="single" w:sz="4" w:color="D9DDE8"/>
              <w:right w:val="single" w:sz="4" w:color="D9DDE8"/>
            </w:tcBorders>
            <w:vAlign w:val="center"/>
          </w:tcPr>
          <w:p>
            <w:pPr>
              <w:spacing w:after="0"/>
            </w:pPr>
            <w:r/>
            <w:r>
              <w:rPr>
                <w:sz w:val="20"/>
              </w:rPr>
            </w:r>
          </w:p>
        </w:tc>
      </w:tr>
      <w:tr>
        <w:tc>
          <w:tcPr>
            <w:tcW w:type="dxa" w:w="1587"/>
            <w:tcBorders>
              <w:top w:val="single" w:sz="4" w:color="D9DDE8"/>
              <w:left w:val="single" w:sz="4" w:color="D9DDE8"/>
              <w:bottom w:val="single" w:sz="4" w:color="D9DDE8"/>
              <w:right w:val="single" w:sz="4" w:color="D9DDE8"/>
            </w:tcBorders>
            <w:vAlign w:val="center"/>
          </w:tcPr>
          <w:p>
            <w:pPr>
              <w:spacing w:after="0"/>
            </w:pPr>
            <w:r/>
            <w:r>
              <w:rPr>
                <w:sz w:val="20"/>
              </w:rPr>
            </w:r>
          </w:p>
        </w:tc>
        <w:tc>
          <w:tcPr>
            <w:tcW w:type="dxa" w:w="2551"/>
            <w:tcBorders>
              <w:top w:val="single" w:sz="4" w:color="D9DDE8"/>
              <w:left w:val="single" w:sz="4" w:color="D9DDE8"/>
              <w:bottom w:val="single" w:sz="4" w:color="D9DDE8"/>
              <w:right w:val="single" w:sz="4" w:color="D9DDE8"/>
            </w:tcBorders>
            <w:vAlign w:val="center"/>
          </w:tcPr>
          <w:p>
            <w:pPr>
              <w:spacing w:after="0"/>
            </w:pPr>
            <w:r/>
            <w:r>
              <w:rPr>
                <w:sz w:val="20"/>
              </w:rPr>
            </w:r>
          </w:p>
        </w:tc>
        <w:tc>
          <w:tcPr>
            <w:tcW w:type="dxa" w:w="3515"/>
            <w:tcBorders>
              <w:top w:val="single" w:sz="4" w:color="D9DDE8"/>
              <w:left w:val="single" w:sz="4" w:color="D9DDE8"/>
              <w:bottom w:val="single" w:sz="4" w:color="D9DDE8"/>
              <w:right w:val="single" w:sz="4" w:color="D9DDE8"/>
            </w:tcBorders>
            <w:vAlign w:val="center"/>
          </w:tcPr>
          <w:p>
            <w:pPr>
              <w:spacing w:after="0"/>
            </w:pPr>
            <w:r/>
            <w:r>
              <w:rPr>
                <w:sz w:val="20"/>
              </w:rPr>
            </w:r>
          </w:p>
        </w:tc>
        <w:tc>
          <w:tcPr>
            <w:tcW w:type="dxa" w:w="1984"/>
            <w:tcBorders>
              <w:top w:val="single" w:sz="4" w:color="D9DDE8"/>
              <w:left w:val="single" w:sz="4" w:color="D9DDE8"/>
              <w:bottom w:val="single" w:sz="4" w:color="D9DDE8"/>
              <w:right w:val="single" w:sz="4" w:color="D9DDE8"/>
            </w:tcBorders>
            <w:vAlign w:val="center"/>
          </w:tcPr>
          <w:p>
            <w:pPr>
              <w:spacing w:after="0"/>
            </w:pPr>
            <w:r/>
            <w:r>
              <w:rPr>
                <w:sz w:val="20"/>
              </w:rPr>
            </w:r>
          </w:p>
        </w:tc>
      </w:tr>
      <w:tr>
        <w:tc>
          <w:tcPr>
            <w:tcW w:type="dxa" w:w="1587"/>
            <w:tcBorders>
              <w:top w:val="single" w:sz="4" w:color="D9DDE8"/>
              <w:left w:val="single" w:sz="4" w:color="D9DDE8"/>
              <w:bottom w:val="single" w:sz="4" w:color="D9DDE8"/>
              <w:right w:val="single" w:sz="4" w:color="D9DDE8"/>
            </w:tcBorders>
            <w:vAlign w:val="center"/>
          </w:tcPr>
          <w:p>
            <w:pPr>
              <w:spacing w:after="0"/>
            </w:pPr>
            <w:r/>
            <w:r>
              <w:rPr>
                <w:sz w:val="20"/>
              </w:rPr>
            </w:r>
          </w:p>
        </w:tc>
        <w:tc>
          <w:tcPr>
            <w:tcW w:type="dxa" w:w="2551"/>
            <w:tcBorders>
              <w:top w:val="single" w:sz="4" w:color="D9DDE8"/>
              <w:left w:val="single" w:sz="4" w:color="D9DDE8"/>
              <w:bottom w:val="single" w:sz="4" w:color="D9DDE8"/>
              <w:right w:val="single" w:sz="4" w:color="D9DDE8"/>
            </w:tcBorders>
            <w:vAlign w:val="center"/>
          </w:tcPr>
          <w:p>
            <w:pPr>
              <w:spacing w:after="0"/>
            </w:pPr>
            <w:r/>
            <w:r>
              <w:rPr>
                <w:sz w:val="20"/>
              </w:rPr>
            </w:r>
          </w:p>
        </w:tc>
        <w:tc>
          <w:tcPr>
            <w:tcW w:type="dxa" w:w="3515"/>
            <w:tcBorders>
              <w:top w:val="single" w:sz="4" w:color="D9DDE8"/>
              <w:left w:val="single" w:sz="4" w:color="D9DDE8"/>
              <w:bottom w:val="single" w:sz="4" w:color="D9DDE8"/>
              <w:right w:val="single" w:sz="4" w:color="D9DDE8"/>
            </w:tcBorders>
            <w:vAlign w:val="center"/>
          </w:tcPr>
          <w:p>
            <w:pPr>
              <w:spacing w:after="0"/>
            </w:pPr>
            <w:r/>
            <w:r>
              <w:rPr>
                <w:sz w:val="20"/>
              </w:rPr>
            </w:r>
          </w:p>
        </w:tc>
        <w:tc>
          <w:tcPr>
            <w:tcW w:type="dxa" w:w="1984"/>
            <w:tcBorders>
              <w:top w:val="single" w:sz="4" w:color="D9DDE8"/>
              <w:left w:val="single" w:sz="4" w:color="D9DDE8"/>
              <w:bottom w:val="single" w:sz="4" w:color="D9DDE8"/>
              <w:right w:val="single" w:sz="4" w:color="D9DDE8"/>
            </w:tcBorders>
            <w:vAlign w:val="center"/>
          </w:tcPr>
          <w:p>
            <w:pPr>
              <w:spacing w:after="0"/>
            </w:pPr>
            <w:r/>
            <w:r>
              <w:rPr>
                <w:sz w:val="20"/>
              </w:rPr>
            </w:r>
          </w:p>
        </w:tc>
      </w:tr>
      <w:tr>
        <w:tc>
          <w:tcPr>
            <w:tcW w:type="dxa" w:w="1587"/>
            <w:tcBorders>
              <w:top w:val="single" w:sz="4" w:color="D9DDE8"/>
              <w:left w:val="single" w:sz="4" w:color="D9DDE8"/>
              <w:bottom w:val="single" w:sz="4" w:color="D9DDE8"/>
              <w:right w:val="single" w:sz="4" w:color="D9DDE8"/>
            </w:tcBorders>
            <w:vAlign w:val="center"/>
          </w:tcPr>
          <w:p>
            <w:pPr>
              <w:spacing w:after="0"/>
            </w:pPr>
            <w:r/>
            <w:r>
              <w:rPr>
                <w:sz w:val="20"/>
              </w:rPr>
            </w:r>
          </w:p>
        </w:tc>
        <w:tc>
          <w:tcPr>
            <w:tcW w:type="dxa" w:w="2551"/>
            <w:tcBorders>
              <w:top w:val="single" w:sz="4" w:color="D9DDE8"/>
              <w:left w:val="single" w:sz="4" w:color="D9DDE8"/>
              <w:bottom w:val="single" w:sz="4" w:color="D9DDE8"/>
              <w:right w:val="single" w:sz="4" w:color="D9DDE8"/>
            </w:tcBorders>
            <w:vAlign w:val="center"/>
          </w:tcPr>
          <w:p>
            <w:pPr>
              <w:spacing w:after="0"/>
            </w:pPr>
            <w:r/>
            <w:r>
              <w:rPr>
                <w:sz w:val="20"/>
              </w:rPr>
            </w:r>
          </w:p>
        </w:tc>
        <w:tc>
          <w:tcPr>
            <w:tcW w:type="dxa" w:w="3515"/>
            <w:tcBorders>
              <w:top w:val="single" w:sz="4" w:color="D9DDE8"/>
              <w:left w:val="single" w:sz="4" w:color="D9DDE8"/>
              <w:bottom w:val="single" w:sz="4" w:color="D9DDE8"/>
              <w:right w:val="single" w:sz="4" w:color="D9DDE8"/>
            </w:tcBorders>
            <w:vAlign w:val="center"/>
          </w:tcPr>
          <w:p>
            <w:pPr>
              <w:spacing w:after="0"/>
            </w:pPr>
            <w:r/>
            <w:r>
              <w:rPr>
                <w:sz w:val="20"/>
              </w:rPr>
            </w:r>
          </w:p>
        </w:tc>
        <w:tc>
          <w:tcPr>
            <w:tcW w:type="dxa" w:w="1984"/>
            <w:tcBorders>
              <w:top w:val="single" w:sz="4" w:color="D9DDE8"/>
              <w:left w:val="single" w:sz="4" w:color="D9DDE8"/>
              <w:bottom w:val="single" w:sz="4" w:color="D9DDE8"/>
              <w:right w:val="single" w:sz="4" w:color="D9DDE8"/>
            </w:tcBorders>
            <w:vAlign w:val="center"/>
          </w:tcPr>
          <w:p>
            <w:pPr>
              <w:spacing w:after="0"/>
            </w:pPr>
            <w:r/>
            <w:r>
              <w:rPr>
                <w:sz w:val="20"/>
              </w:rPr>
            </w:r>
          </w:p>
        </w:tc>
      </w:tr>
      <w:tr>
        <w:tc>
          <w:tcPr>
            <w:tcW w:type="dxa" w:w="1587"/>
            <w:tcBorders>
              <w:top w:val="single" w:sz="4" w:color="D9DDE8"/>
              <w:left w:val="single" w:sz="4" w:color="D9DDE8"/>
              <w:bottom w:val="single" w:sz="4" w:color="D9DDE8"/>
              <w:right w:val="single" w:sz="4" w:color="D9DDE8"/>
            </w:tcBorders>
            <w:vAlign w:val="center"/>
          </w:tcPr>
          <w:p>
            <w:pPr>
              <w:spacing w:after="0"/>
            </w:pPr>
            <w:r/>
            <w:r>
              <w:rPr>
                <w:sz w:val="20"/>
              </w:rPr>
            </w:r>
          </w:p>
        </w:tc>
        <w:tc>
          <w:tcPr>
            <w:tcW w:type="dxa" w:w="2551"/>
            <w:tcBorders>
              <w:top w:val="single" w:sz="4" w:color="D9DDE8"/>
              <w:left w:val="single" w:sz="4" w:color="D9DDE8"/>
              <w:bottom w:val="single" w:sz="4" w:color="D9DDE8"/>
              <w:right w:val="single" w:sz="4" w:color="D9DDE8"/>
            </w:tcBorders>
            <w:vAlign w:val="center"/>
          </w:tcPr>
          <w:p>
            <w:pPr>
              <w:spacing w:after="0"/>
            </w:pPr>
            <w:r/>
            <w:r>
              <w:rPr>
                <w:sz w:val="20"/>
              </w:rPr>
            </w:r>
          </w:p>
        </w:tc>
        <w:tc>
          <w:tcPr>
            <w:tcW w:type="dxa" w:w="3515"/>
            <w:tcBorders>
              <w:top w:val="single" w:sz="4" w:color="D9DDE8"/>
              <w:left w:val="single" w:sz="4" w:color="D9DDE8"/>
              <w:bottom w:val="single" w:sz="4" w:color="D9DDE8"/>
              <w:right w:val="single" w:sz="4" w:color="D9DDE8"/>
            </w:tcBorders>
            <w:vAlign w:val="center"/>
          </w:tcPr>
          <w:p>
            <w:pPr>
              <w:spacing w:after="0"/>
            </w:pPr>
            <w:r/>
            <w:r>
              <w:rPr>
                <w:sz w:val="20"/>
              </w:rPr>
            </w:r>
          </w:p>
        </w:tc>
        <w:tc>
          <w:tcPr>
            <w:tcW w:type="dxa" w:w="1984"/>
            <w:tcBorders>
              <w:top w:val="single" w:sz="4" w:color="D9DDE8"/>
              <w:left w:val="single" w:sz="4" w:color="D9DDE8"/>
              <w:bottom w:val="single" w:sz="4" w:color="D9DDE8"/>
              <w:right w:val="single" w:sz="4" w:color="D9DDE8"/>
            </w:tcBorders>
            <w:vAlign w:val="center"/>
          </w:tcPr>
          <w:p>
            <w:pPr>
              <w:spacing w:after="0"/>
            </w:pPr>
            <w:r/>
            <w:r>
              <w:rPr>
                <w:sz w:val="20"/>
              </w:rPr>
            </w:r>
          </w:p>
        </w:tc>
      </w:tr>
      <w:tr>
        <w:tc>
          <w:tcPr>
            <w:tcW w:type="dxa" w:w="1587"/>
            <w:tcBorders>
              <w:top w:val="single" w:sz="4" w:color="D9DDE8"/>
              <w:left w:val="single" w:sz="4" w:color="D9DDE8"/>
              <w:bottom w:val="single" w:sz="4" w:color="D9DDE8"/>
              <w:right w:val="single" w:sz="4" w:color="D9DDE8"/>
            </w:tcBorders>
            <w:vAlign w:val="center"/>
          </w:tcPr>
          <w:p>
            <w:pPr>
              <w:spacing w:after="0"/>
            </w:pPr>
            <w:r/>
            <w:r>
              <w:rPr>
                <w:sz w:val="20"/>
              </w:rPr>
            </w:r>
          </w:p>
        </w:tc>
        <w:tc>
          <w:tcPr>
            <w:tcW w:type="dxa" w:w="2551"/>
            <w:tcBorders>
              <w:top w:val="single" w:sz="4" w:color="D9DDE8"/>
              <w:left w:val="single" w:sz="4" w:color="D9DDE8"/>
              <w:bottom w:val="single" w:sz="4" w:color="D9DDE8"/>
              <w:right w:val="single" w:sz="4" w:color="D9DDE8"/>
            </w:tcBorders>
            <w:vAlign w:val="center"/>
          </w:tcPr>
          <w:p>
            <w:pPr>
              <w:spacing w:after="0"/>
            </w:pPr>
            <w:r/>
            <w:r>
              <w:rPr>
                <w:sz w:val="20"/>
              </w:rPr>
            </w:r>
          </w:p>
        </w:tc>
        <w:tc>
          <w:tcPr>
            <w:tcW w:type="dxa" w:w="3515"/>
            <w:tcBorders>
              <w:top w:val="single" w:sz="4" w:color="D9DDE8"/>
              <w:left w:val="single" w:sz="4" w:color="D9DDE8"/>
              <w:bottom w:val="single" w:sz="4" w:color="D9DDE8"/>
              <w:right w:val="single" w:sz="4" w:color="D9DDE8"/>
            </w:tcBorders>
            <w:vAlign w:val="center"/>
          </w:tcPr>
          <w:p>
            <w:pPr>
              <w:spacing w:after="0"/>
            </w:pPr>
            <w:r/>
            <w:r>
              <w:rPr>
                <w:sz w:val="20"/>
              </w:rPr>
            </w:r>
          </w:p>
        </w:tc>
        <w:tc>
          <w:tcPr>
            <w:tcW w:type="dxa" w:w="1984"/>
            <w:tcBorders>
              <w:top w:val="single" w:sz="4" w:color="D9DDE8"/>
              <w:left w:val="single" w:sz="4" w:color="D9DDE8"/>
              <w:bottom w:val="single" w:sz="4" w:color="D9DDE8"/>
              <w:right w:val="single" w:sz="4" w:color="D9DDE8"/>
            </w:tcBorders>
            <w:vAlign w:val="center"/>
          </w:tcPr>
          <w:p>
            <w:pPr>
              <w:spacing w:after="0"/>
            </w:pPr>
            <w:r/>
            <w:r>
              <w:rPr>
                <w:sz w:val="20"/>
              </w:rPr>
            </w:r>
          </w:p>
        </w:tc>
      </w:tr>
    </w:tbl>
    <w:p>
      <w:pPr>
        <w:pStyle w:val="Heading3"/>
      </w:pPr>
      <w:r>
        <w:t>Assessment &amp; grading</w:t>
      </w:r>
    </w:p>
    <w:p>
      <w:pPr>
        <w:spacing w:after="120"/>
      </w:pPr>
      <w:r>
        <w:rPr>
          <w:b w:val="0"/>
          <w:i w:val="0"/>
          <w:color w:val="2255E0"/>
          <w:shd w:val="clear" w:color="auto" w:fill="FFF6D5"/>
        </w:rPr>
        <w:t>[ … ]</w:t>
      </w:r>
    </w:p>
    <w:p>
      <w:pPr>
        <w:pStyle w:val="Heading3"/>
      </w:pPr>
      <w:r>
        <w:t>Policies (attendance, late work, integrity, accessibility)</w:t>
      </w:r>
    </w:p>
    <w:p>
      <w:pPr>
        <w:spacing w:after="120"/>
      </w:pPr>
      <w:r>
        <w:rPr>
          <w:b w:val="0"/>
          <w:i w:val="0"/>
          <w:color w:val="2255E0"/>
          <w:shd w:val="clear" w:color="auto" w:fill="FFF6D5"/>
        </w:rPr>
        <w:t>[ … ]</w:t>
      </w:r>
    </w:p>
    <w:p>
      <w:pPr>
        <w:pStyle w:val="Heading3"/>
      </w:pPr>
      <w:r>
        <w:t>Important dates</w:t>
      </w:r>
    </w:p>
    <w:p>
      <w:pPr>
        <w:spacing w:after="120"/>
      </w:pPr>
      <w:r>
        <w:rPr>
          <w:b w:val="0"/>
          <w:i w:val="0"/>
          <w:color w:val="2255E0"/>
          <w:shd w:val="clear" w:color="auto" w:fill="FFF6D5"/>
        </w:rPr>
        <w:t>[ … ]</w:t>
      </w:r>
    </w:p>
    <w:p>
      <w:pPr>
        <w:spacing w:before="120"/>
      </w:pPr>
      <w:r>
        <w:rPr>
          <w:b w:val="0"/>
          <w:i/>
          <w:color w:val="808799"/>
          <w:sz w:val="16"/>
        </w:rPr>
        <w:t>Blue highlighted text = replace with your own. Delete this note before printing.</w:t>
      </w:r>
    </w:p>
    <w:sectPr w:rsidR="00FC693F" w:rsidRPr="0006063C" w:rsidSect="00034616">
      <w:footerReference w:type="default" r:id="rId9"/>
      <w:pgSz w:w="11906" w:h="16838"/>
      <w:pgMar w:top="1134" w:right="1134" w:bottom="1134" w:left="113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color w:val="808799"/>
        <w:sz w:val="16"/>
      </w:rP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80"/>
    </w:pPr>
    <w:rPr>
      <w:rFonts w:ascii="Arial" w:hAnsi="Arial" w:eastAsia="Arial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0" w:after="120"/>
      <w:outlineLvl w:val="0"/>
    </w:pPr>
    <w:rPr>
      <w:rFonts w:asciiTheme="majorHAnsi" w:eastAsiaTheme="majorEastAsia" w:hAnsiTheme="majorHAnsi" w:cstheme="majorBidi" w:ascii="Arial" w:hAnsi="Arial" w:eastAsia="Arial"/>
      <w:b/>
      <w:bCs/>
      <w:color w:val="1B2A5B"/>
      <w:sz w:val="40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40" w:after="120"/>
      <w:outlineLvl w:val="1"/>
    </w:pPr>
    <w:rPr>
      <w:rFonts w:asciiTheme="majorHAnsi" w:eastAsiaTheme="majorEastAsia" w:hAnsiTheme="majorHAnsi" w:cstheme="majorBidi" w:ascii="Arial" w:hAnsi="Arial" w:eastAsia="Arial"/>
      <w:b/>
      <w:bCs/>
      <w:color w:val="1B2A5B"/>
      <w:sz w:val="28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40" w:after="120"/>
      <w:outlineLvl w:val="2"/>
    </w:pPr>
    <w:rPr>
      <w:rFonts w:asciiTheme="majorHAnsi" w:eastAsiaTheme="majorEastAsia" w:hAnsiTheme="majorHAnsi" w:cstheme="majorBidi" w:ascii="Arial" w:hAnsi="Arial" w:eastAsia="Arial"/>
      <w:b/>
      <w:bCs/>
      <w:color w:val="232A3A"/>
      <w:sz w:val="24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Course syllabus</dc:title>
  <dc:subject/>
  <dc:creator>free-printable.com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