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Report card comment bank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Effort &amp; attitude</w:t>
      </w:r>
    </w:p>
    <w:p>
      <w:pPr>
        <w:pBdr>
          <w:bottom w:val="single" w:sz="12" w:space="1" w:color="7C5CFF"/>
        </w:pBdr>
        <w:spacing w:after="120"/>
      </w:pPr>
    </w:p>
    <w:p>
      <w:pPr>
        <w:pStyle w:val="Heading3"/>
      </w:pPr>
      <w:r>
        <w:t>Working above expectations</w:t>
      </w:r>
    </w:p>
    <w:p>
      <w:pPr>
        <w:pStyle w:val="ListBullet"/>
      </w:pPr>
      <w:r>
        <w:rPr>
          <w:color w:val="2255E0"/>
          <w:shd w:val="clear" w:color="auto" w:fill="FFF6D5"/>
        </w:rPr>
        <w:t>[Name] consistently [ … ] and [ … ].</w:t>
      </w:r>
    </w:p>
    <w:p>
      <w:pPr>
        <w:pStyle w:val="ListBullet"/>
      </w:pPr>
      <w:r>
        <w:rPr>
          <w:color w:val="2255E0"/>
          <w:shd w:val="clear" w:color="auto" w:fill="FFF6D5"/>
        </w:rPr>
        <w:t>[Name] has made [good / steady / excellent] progress in [ … ].</w:t>
      </w:r>
    </w:p>
    <w:p>
      <w:pPr>
        <w:pStyle w:val="ListBullet"/>
      </w:pPr>
      <w:r>
        <w:rPr>
          <w:color w:val="2255E0"/>
          <w:shd w:val="clear" w:color="auto" w:fill="FFF6D5"/>
        </w:rPr>
        <w:t>To improve further, [Name] should [ … ].</w:t>
      </w:r>
    </w:p>
    <w:p>
      <w:pPr>
        <w:pStyle w:val="Heading3"/>
      </w:pPr>
      <w:r>
        <w:t>Working at expectations</w:t>
      </w:r>
    </w:p>
    <w:p>
      <w:pPr>
        <w:pStyle w:val="ListBullet"/>
      </w:pPr>
      <w:r>
        <w:rPr>
          <w:color w:val="2255E0"/>
          <w:shd w:val="clear" w:color="auto" w:fill="FFF6D5"/>
        </w:rPr>
        <w:t>[Name] consistently [ … ] and [ … ].</w:t>
      </w:r>
    </w:p>
    <w:p>
      <w:pPr>
        <w:pStyle w:val="ListBullet"/>
      </w:pPr>
      <w:r>
        <w:rPr>
          <w:color w:val="2255E0"/>
          <w:shd w:val="clear" w:color="auto" w:fill="FFF6D5"/>
        </w:rPr>
        <w:t>[Name] has made [good / steady / excellent] progress in [ … ].</w:t>
      </w:r>
    </w:p>
    <w:p>
      <w:pPr>
        <w:pStyle w:val="ListBullet"/>
      </w:pPr>
      <w:r>
        <w:rPr>
          <w:color w:val="2255E0"/>
          <w:shd w:val="clear" w:color="auto" w:fill="FFF6D5"/>
        </w:rPr>
        <w:t>To improve further, [Name] should [ … ].</w:t>
      </w:r>
    </w:p>
    <w:p>
      <w:pPr>
        <w:pStyle w:val="Heading3"/>
      </w:pPr>
      <w:r>
        <w:t>Working towards expectations</w:t>
      </w:r>
    </w:p>
    <w:p>
      <w:pPr>
        <w:pStyle w:val="ListBullet"/>
      </w:pPr>
      <w:r>
        <w:rPr>
          <w:color w:val="2255E0"/>
          <w:shd w:val="clear" w:color="auto" w:fill="FFF6D5"/>
        </w:rPr>
        <w:t>[Name] consistently [ … ] and [ … ].</w:t>
      </w:r>
    </w:p>
    <w:p>
      <w:pPr>
        <w:pStyle w:val="ListBullet"/>
      </w:pPr>
      <w:r>
        <w:rPr>
          <w:color w:val="2255E0"/>
          <w:shd w:val="clear" w:color="auto" w:fill="FFF6D5"/>
        </w:rPr>
        <w:t>[Name] has made [good / steady / excellent] progress in [ … ].</w:t>
      </w:r>
    </w:p>
    <w:p>
      <w:pPr>
        <w:pStyle w:val="ListBullet"/>
      </w:pPr>
      <w:r>
        <w:rPr>
          <w:color w:val="2255E0"/>
          <w:shd w:val="clear" w:color="auto" w:fill="FFF6D5"/>
        </w:rPr>
        <w:t>To improve further, [Name] should [ … ].</w:t>
      </w:r>
    </w:p>
    <w:p>
      <w:pPr>
        <w:pStyle w:val="Heading3"/>
      </w:pPr>
      <w:r>
        <w:t>Behaviour &amp; social skills</w:t>
      </w:r>
    </w:p>
    <w:p>
      <w:pPr>
        <w:pStyle w:val="ListBullet"/>
      </w:pPr>
      <w:r>
        <w:rPr>
          <w:color w:val="2255E0"/>
          <w:shd w:val="clear" w:color="auto" w:fill="FFF6D5"/>
        </w:rPr>
        <w:t>[Name] consistently [ … ] and [ … ].</w:t>
      </w:r>
    </w:p>
    <w:p>
      <w:pPr>
        <w:pStyle w:val="ListBullet"/>
      </w:pPr>
      <w:r>
        <w:rPr>
          <w:color w:val="2255E0"/>
          <w:shd w:val="clear" w:color="auto" w:fill="FFF6D5"/>
        </w:rPr>
        <w:t>[Name] has made [good / steady / excellent] progress in [ … ].</w:t>
      </w:r>
    </w:p>
    <w:p>
      <w:pPr>
        <w:pStyle w:val="ListBullet"/>
      </w:pPr>
      <w:r>
        <w:rPr>
          <w:color w:val="2255E0"/>
          <w:shd w:val="clear" w:color="auto" w:fill="FFF6D5"/>
        </w:rPr>
        <w:t>To improve further, [Name] should [ … ].</w:t>
      </w:r>
    </w:p>
    <w:p>
      <w:pPr>
        <w:pStyle w:val="Heading3"/>
      </w:pPr>
      <w:r>
        <w:t>Next steps phrases</w:t>
      </w:r>
    </w:p>
    <w:p>
      <w:pPr>
        <w:pStyle w:val="ListBullet"/>
      </w:pPr>
      <w:r>
        <w:rPr>
          <w:color w:val="2255E0"/>
          <w:shd w:val="clear" w:color="auto" w:fill="FFF6D5"/>
        </w:rPr>
        <w:t>[Name] consistently [ … ] and [ … ].</w:t>
      </w:r>
    </w:p>
    <w:p>
      <w:pPr>
        <w:pStyle w:val="ListBullet"/>
      </w:pPr>
      <w:r>
        <w:rPr>
          <w:color w:val="2255E0"/>
          <w:shd w:val="clear" w:color="auto" w:fill="FFF6D5"/>
        </w:rPr>
        <w:t>[Name] has made [good / steady / excellent] progress in [ … ].</w:t>
      </w:r>
    </w:p>
    <w:p>
      <w:pPr>
        <w:pStyle w:val="ListBullet"/>
      </w:pPr>
      <w:r>
        <w:rPr>
          <w:color w:val="2255E0"/>
          <w:shd w:val="clear" w:color="auto" w:fill="FFF6D5"/>
        </w:rPr>
        <w:t>To improve further, [Name] should [ … ].</w:t>
      </w:r>
    </w:p>
    <w:p>
      <w:pPr>
        <w:pStyle w:val="Heading3"/>
      </w:pPr>
      <w:r>
        <w:t>Closing sentences</w:t>
      </w:r>
    </w:p>
    <w:p>
      <w:pPr>
        <w:pStyle w:val="ListBullet"/>
      </w:pPr>
      <w:r>
        <w:rPr>
          <w:color w:val="2255E0"/>
          <w:shd w:val="clear" w:color="auto" w:fill="FFF6D5"/>
        </w:rPr>
        <w:t>[Name] consistently [ … ] and [ … ].</w:t>
      </w:r>
    </w:p>
    <w:p>
      <w:pPr>
        <w:pStyle w:val="ListBullet"/>
      </w:pPr>
      <w:r>
        <w:rPr>
          <w:color w:val="2255E0"/>
          <w:shd w:val="clear" w:color="auto" w:fill="FFF6D5"/>
        </w:rPr>
        <w:t>[Name] has made [good / steady / excellent] progress in [ … ].</w:t>
      </w:r>
    </w:p>
    <w:p>
      <w:pPr>
        <w:pStyle w:val="ListBullet"/>
      </w:pPr>
      <w:r>
        <w:rPr>
          <w:color w:val="2255E0"/>
          <w:shd w:val="clear" w:color="auto" w:fill="FFF6D5"/>
        </w:rPr>
        <w:t>To improve further, [Name] should [ … ].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card comment bank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