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color w:val="7C5CFF"/>
          <w:sz w:val="44"/>
        </w:rPr>
        <w:t>Reading Log</w:t>
      </w:r>
    </w:p>
    <w:p>
      <w:pPr>
        <w:spacing w:after="80"/>
      </w:pPr>
      <w:r>
        <w:rPr>
          <w:b w:val="0"/>
          <w:i w:val="0"/>
          <w:color w:val="808799"/>
          <w:sz w:val="20"/>
        </w:rPr>
        <w:t>Name: [ ]   Class: [ ]</w:t>
      </w:r>
    </w:p>
    <w:p>
      <w:pPr>
        <w:pBdr>
          <w:bottom w:val="single" w:sz="12" w:space="1" w:color="7C5CFF"/>
        </w:pBdr>
        <w:spacing w:after="1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1"/>
        <w:gridCol w:w="4535"/>
        <w:gridCol w:w="1134"/>
        <w:gridCol w:w="1134"/>
        <w:gridCol w:w="1474"/>
      </w:tblGrid>
      <w:tr>
        <w:trPr>
          <w:trHeight w:val="454"/>
        </w:trPr>
        <w:tc>
          <w:tcPr>
            <w:tcW w:type="dxa" w:w="1361"/>
            <w:shd w:val="clear" w:color="auto" w:fill="7C5CFF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Date</w:t>
            </w:r>
          </w:p>
        </w:tc>
        <w:tc>
          <w:tcPr>
            <w:tcW w:type="dxa" w:w="4535"/>
            <w:shd w:val="clear" w:color="auto" w:fill="7C5CFF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Book title</w:t>
            </w:r>
          </w:p>
        </w:tc>
        <w:tc>
          <w:tcPr>
            <w:tcW w:type="dxa" w:w="1134"/>
            <w:shd w:val="clear" w:color="auto" w:fill="7C5CFF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Pages</w:t>
            </w:r>
          </w:p>
        </w:tc>
        <w:tc>
          <w:tcPr>
            <w:tcW w:type="dxa" w:w="1134"/>
            <w:shd w:val="clear" w:color="auto" w:fill="7C5CFF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Minutes</w:t>
            </w:r>
          </w:p>
        </w:tc>
        <w:tc>
          <w:tcPr>
            <w:tcW w:type="dxa" w:w="1474"/>
            <w:shd w:val="clear" w:color="auto" w:fill="7C5CFF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Parent initials</w:t>
            </w:r>
          </w:p>
        </w:tc>
      </w:tr>
      <w:tr>
        <w:trPr>
          <w:trHeight w:val="510"/>
        </w:trPr>
        <w:tc>
          <w:tcPr>
            <w:tcW w:type="dxa" w:w="136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4535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13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13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7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510"/>
        </w:trPr>
        <w:tc>
          <w:tcPr>
            <w:tcW w:type="dxa" w:w="136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4535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13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13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7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510"/>
        </w:trPr>
        <w:tc>
          <w:tcPr>
            <w:tcW w:type="dxa" w:w="136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4535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13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13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7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510"/>
        </w:trPr>
        <w:tc>
          <w:tcPr>
            <w:tcW w:type="dxa" w:w="136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4535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13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13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7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510"/>
        </w:trPr>
        <w:tc>
          <w:tcPr>
            <w:tcW w:type="dxa" w:w="136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4535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13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13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7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510"/>
        </w:trPr>
        <w:tc>
          <w:tcPr>
            <w:tcW w:type="dxa" w:w="136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4535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13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13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7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510"/>
        </w:trPr>
        <w:tc>
          <w:tcPr>
            <w:tcW w:type="dxa" w:w="136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4535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13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13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7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510"/>
        </w:trPr>
        <w:tc>
          <w:tcPr>
            <w:tcW w:type="dxa" w:w="136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4535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13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13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7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510"/>
        </w:trPr>
        <w:tc>
          <w:tcPr>
            <w:tcW w:type="dxa" w:w="136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4535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13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13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7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510"/>
        </w:trPr>
        <w:tc>
          <w:tcPr>
            <w:tcW w:type="dxa" w:w="136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4535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13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13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7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510"/>
        </w:trPr>
        <w:tc>
          <w:tcPr>
            <w:tcW w:type="dxa" w:w="136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4535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13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13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7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510"/>
        </w:trPr>
        <w:tc>
          <w:tcPr>
            <w:tcW w:type="dxa" w:w="136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4535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13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13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7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510"/>
        </w:trPr>
        <w:tc>
          <w:tcPr>
            <w:tcW w:type="dxa" w:w="136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4535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13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13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7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510"/>
        </w:trPr>
        <w:tc>
          <w:tcPr>
            <w:tcW w:type="dxa" w:w="136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4535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13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13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7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510"/>
        </w:trPr>
        <w:tc>
          <w:tcPr>
            <w:tcW w:type="dxa" w:w="136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4535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13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13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7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510"/>
        </w:trPr>
        <w:tc>
          <w:tcPr>
            <w:tcW w:type="dxa" w:w="136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4535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13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13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7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510"/>
        </w:trPr>
        <w:tc>
          <w:tcPr>
            <w:tcW w:type="dxa" w:w="136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4535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13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13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7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510"/>
        </w:trPr>
        <w:tc>
          <w:tcPr>
            <w:tcW w:type="dxa" w:w="136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4535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13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13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7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510"/>
        </w:trPr>
        <w:tc>
          <w:tcPr>
            <w:tcW w:type="dxa" w:w="136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4535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13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13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7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510"/>
        </w:trPr>
        <w:tc>
          <w:tcPr>
            <w:tcW w:type="dxa" w:w="136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4535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13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13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7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510"/>
        </w:trPr>
        <w:tc>
          <w:tcPr>
            <w:tcW w:type="dxa" w:w="136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4535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13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13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7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510"/>
        </w:trPr>
        <w:tc>
          <w:tcPr>
            <w:tcW w:type="dxa" w:w="136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4535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13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13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7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</w:tbl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08799"/>
        <w:sz w:val="16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32A3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Reading log</dc:title>
  <dc:subject/>
  <dc:creator>free-printable.com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