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i w:val="0"/>
          <w:color w:val="7C5CFF"/>
          <w:sz w:val="44"/>
        </w:rPr>
        <w:t>Permission Slip</w:t>
      </w:r>
    </w:p>
    <w:p>
      <w:pPr>
        <w:spacing w:after="80"/>
      </w:pPr>
      <w:r>
        <w:rPr>
          <w:b w:val="0"/>
          <w:i w:val="0"/>
          <w:color w:val="808799"/>
          <w:sz w:val="20"/>
        </w:rPr>
        <w:t>[School] · [Class]</w:t>
      </w:r>
    </w:p>
    <w:p>
      <w:pPr>
        <w:pBdr>
          <w:bottom w:val="single" w:sz="12" w:space="1" w:color="7C5CFF"/>
        </w:pBdr>
        <w:spacing w:after="1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18"/>
        <w:gridCol w:w="6520"/>
      </w:tblGrid>
      <w:tr>
        <w:trPr>
          <w:trHeight w:val="510"/>
        </w:trPr>
        <w:tc>
          <w:tcPr>
            <w:tcW w:type="dxa" w:w="3118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  <w:shd w:val="clear" w:color="auto" w:fill="F4F6FB"/>
          </w:tcPr>
          <w:p>
            <w:pPr>
              <w:spacing w:after="0"/>
            </w:pPr>
            <w:r>
              <w:rPr>
                <w:b/>
              </w:rPr>
            </w:r>
            <w:r>
              <w:rPr>
                <w:sz w:val="20"/>
              </w:rPr>
              <w:t>Trip / activity</w:t>
            </w:r>
          </w:p>
        </w:tc>
        <w:tc>
          <w:tcPr>
            <w:tcW w:type="dxa" w:w="6520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[ ]</w:t>
            </w:r>
          </w:p>
        </w:tc>
      </w:tr>
      <w:tr>
        <w:trPr>
          <w:trHeight w:val="510"/>
        </w:trPr>
        <w:tc>
          <w:tcPr>
            <w:tcW w:type="dxa" w:w="3118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  <w:shd w:val="clear" w:color="auto" w:fill="F4F6FB"/>
          </w:tcPr>
          <w:p>
            <w:pPr>
              <w:spacing w:after="0"/>
            </w:pPr>
            <w:r>
              <w:rPr>
                <w:b/>
              </w:rPr>
            </w:r>
            <w:r>
              <w:rPr>
                <w:sz w:val="20"/>
              </w:rPr>
              <w:t>Date &amp; times</w:t>
            </w:r>
          </w:p>
        </w:tc>
        <w:tc>
          <w:tcPr>
            <w:tcW w:type="dxa" w:w="6520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[ ]</w:t>
            </w:r>
          </w:p>
        </w:tc>
      </w:tr>
      <w:tr>
        <w:trPr>
          <w:trHeight w:val="510"/>
        </w:trPr>
        <w:tc>
          <w:tcPr>
            <w:tcW w:type="dxa" w:w="3118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  <w:shd w:val="clear" w:color="auto" w:fill="F4F6FB"/>
          </w:tcPr>
          <w:p>
            <w:pPr>
              <w:spacing w:after="0"/>
            </w:pPr>
            <w:r>
              <w:rPr>
                <w:b/>
              </w:rPr>
            </w:r>
            <w:r>
              <w:rPr>
                <w:sz w:val="20"/>
              </w:rPr>
              <w:t>Destination</w:t>
            </w:r>
          </w:p>
        </w:tc>
        <w:tc>
          <w:tcPr>
            <w:tcW w:type="dxa" w:w="6520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[ ]</w:t>
            </w:r>
          </w:p>
        </w:tc>
      </w:tr>
      <w:tr>
        <w:trPr>
          <w:trHeight w:val="510"/>
        </w:trPr>
        <w:tc>
          <w:tcPr>
            <w:tcW w:type="dxa" w:w="3118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  <w:shd w:val="clear" w:color="auto" w:fill="F4F6FB"/>
          </w:tcPr>
          <w:p>
            <w:pPr>
              <w:spacing w:after="0"/>
            </w:pPr>
            <w:r>
              <w:rPr>
                <w:b/>
              </w:rPr>
            </w:r>
            <w:r>
              <w:rPr>
                <w:sz w:val="20"/>
              </w:rPr>
              <w:t>Transport</w:t>
            </w:r>
          </w:p>
        </w:tc>
        <w:tc>
          <w:tcPr>
            <w:tcW w:type="dxa" w:w="6520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[ ]</w:t>
            </w:r>
          </w:p>
        </w:tc>
      </w:tr>
      <w:tr>
        <w:trPr>
          <w:trHeight w:val="510"/>
        </w:trPr>
        <w:tc>
          <w:tcPr>
            <w:tcW w:type="dxa" w:w="3118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  <w:shd w:val="clear" w:color="auto" w:fill="F4F6FB"/>
          </w:tcPr>
          <w:p>
            <w:pPr>
              <w:spacing w:after="0"/>
            </w:pPr>
            <w:r>
              <w:rPr>
                <w:b/>
              </w:rPr>
            </w:r>
            <w:r>
              <w:rPr>
                <w:sz w:val="20"/>
              </w:rPr>
              <w:t>Cost</w:t>
            </w:r>
          </w:p>
        </w:tc>
        <w:tc>
          <w:tcPr>
            <w:tcW w:type="dxa" w:w="6520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[ ]</w:t>
            </w:r>
          </w:p>
        </w:tc>
      </w:tr>
      <w:tr>
        <w:trPr>
          <w:trHeight w:val="510"/>
        </w:trPr>
        <w:tc>
          <w:tcPr>
            <w:tcW w:type="dxa" w:w="3118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  <w:shd w:val="clear" w:color="auto" w:fill="F4F6FB"/>
          </w:tcPr>
          <w:p>
            <w:pPr>
              <w:spacing w:after="0"/>
            </w:pPr>
            <w:r>
              <w:rPr>
                <w:b/>
              </w:rPr>
            </w:r>
            <w:r>
              <w:rPr>
                <w:sz w:val="20"/>
              </w:rPr>
              <w:t>What to bring</w:t>
            </w:r>
          </w:p>
        </w:tc>
        <w:tc>
          <w:tcPr>
            <w:tcW w:type="dxa" w:w="6520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[ ]</w:t>
            </w:r>
          </w:p>
        </w:tc>
      </w:tr>
      <w:tr>
        <w:trPr>
          <w:trHeight w:val="510"/>
        </w:trPr>
        <w:tc>
          <w:tcPr>
            <w:tcW w:type="dxa" w:w="3118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  <w:shd w:val="clear" w:color="auto" w:fill="F4F6FB"/>
          </w:tcPr>
          <w:p>
            <w:pPr>
              <w:spacing w:after="0"/>
            </w:pPr>
            <w:r>
              <w:rPr>
                <w:b/>
              </w:rPr>
            </w:r>
            <w:r>
              <w:rPr>
                <w:sz w:val="20"/>
              </w:rPr>
              <w:t>Contact on the day</w:t>
            </w:r>
          </w:p>
        </w:tc>
        <w:tc>
          <w:tcPr>
            <w:tcW w:type="dxa" w:w="6520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[ ]</w:t>
            </w:r>
          </w:p>
        </w:tc>
      </w:tr>
    </w:tbl>
    <w:p>
      <w:pPr>
        <w:spacing w:before="160"/>
      </w:pPr>
      <w:r>
        <w:rPr>
          <w:b w:val="0"/>
          <w:i/>
        </w:rPr>
        <w:t>Please return the slip below by [date].</w:t>
      </w:r>
    </w:p>
    <w:p>
      <w:r>
        <w:rPr>
          <w:b w:val="0"/>
          <w:i w:val="0"/>
          <w:color w:val="808799"/>
        </w:rPr>
        <w:t xml:space="preserve">✂ - - - - - - - - - - - - - - - - - - - - - - - - - - - - - - - - - - - - - - - - - - - - - </w:t>
      </w:r>
    </w:p>
    <w:p>
      <w:pPr>
        <w:spacing w:before="120"/>
      </w:pPr>
      <w:r>
        <w:rPr>
          <w:b w:val="0"/>
          <w:i w:val="0"/>
        </w:rPr>
        <w:t>I give permission for my child ______________________ (class ______) to take part in the trip described above.</w:t>
      </w:r>
    </w:p>
    <w:p>
      <w:r>
        <w:rPr>
          <w:b w:val="0"/>
          <w:i w:val="0"/>
        </w:rPr>
        <w:t>Emergency contact &amp; phone: ________________________________________</w:t>
      </w:r>
    </w:p>
    <w:p>
      <w:r>
        <w:rPr>
          <w:b w:val="0"/>
          <w:i w:val="0"/>
        </w:rPr>
        <w:t>Medical / dietary information: _______________________________________</w:t>
      </w:r>
    </w:p>
    <w:p>
      <w:pPr>
        <w:spacing w:before="120"/>
      </w:pPr>
      <w:r>
        <w:rPr>
          <w:b w:val="0"/>
          <w:i w:val="0"/>
        </w:rPr>
        <w:t>Parent / guardian signature: ______________________   Date: __________</w:t>
      </w:r>
    </w:p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2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1B2A5B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1B2A5B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232A3A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Permission slip (school trip)</dc:title>
  <dc:subject/>
  <dc:creator>free-printable.com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