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7C5CFF"/>
          <w:sz w:val="32"/>
        </w:rPr>
        <w:t>Cornell Notes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3"/>
        <w:gridCol w:w="2835"/>
      </w:tblGrid>
      <w:tr>
        <w:tc>
          <w:tcPr>
            <w:tcW w:type="dxa" w:w="680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Topic: [ ]</w:t>
            </w:r>
          </w:p>
        </w:tc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Date: [ 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6803"/>
      </w:tblGrid>
      <w:tr>
        <w:tc>
          <w:tcPr>
            <w:tcW w:type="dxa" w:w="2835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Cues / questions</w:t>
            </w:r>
          </w:p>
        </w:tc>
        <w:tc>
          <w:tcPr>
            <w:tcW w:type="dxa" w:w="6803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rPr>
          <w:trHeight w:val="9638"/>
        </w:trPr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680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rPr>
          <w:trHeight w:val="1984"/>
        </w:trPr>
        <w:tc>
          <w:tcPr>
            <w:tcW w:type="dxa" w:w="283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Summary</w:t>
            </w:r>
          </w:p>
        </w:tc>
        <w:tc>
          <w:tcPr>
            <w:tcW w:type="dxa" w:w="6803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r>
        <w:br w:type="page"/>
      </w:r>
    </w:p>
    <w:p>
      <w:r>
        <w:rPr>
          <w:b/>
          <w:i w:val="0"/>
          <w:color w:val="7C5CFF"/>
          <w:sz w:val="32"/>
        </w:rPr>
        <w:t>Outline Notes</w:t>
      </w:r>
    </w:p>
    <w:p>
      <w:r>
        <w:rPr>
          <w:b w:val="0"/>
          <w:i w:val="0"/>
          <w:color w:val="2255E0"/>
          <w:shd w:val="clear" w:color="auto" w:fill="FFF6D5"/>
        </w:rPr>
        <w:t>Topic: [ ]   Date: [ ]</w:t>
      </w:r>
    </w:p>
    <w:p>
      <w:pPr>
        <w:spacing w:before="160"/>
      </w:pPr>
      <w:r>
        <w:rPr>
          <w:b/>
          <w:i w:val="0"/>
          <w:color w:val="2255E0"/>
          <w:shd w:val="clear" w:color="auto" w:fill="FFF6D5"/>
        </w:rPr>
        <w:t>1. [Main idea]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a. [Supporting detail]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b. [Supporting detail]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      i. [Example]</w:t>
      </w:r>
    </w:p>
    <w:p>
      <w:pPr>
        <w:spacing w:before="160"/>
      </w:pPr>
      <w:r>
        <w:rPr>
          <w:b/>
          <w:i w:val="0"/>
          <w:color w:val="2255E0"/>
          <w:shd w:val="clear" w:color="auto" w:fill="FFF6D5"/>
        </w:rPr>
        <w:t>2. [Main idea]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a. [Supporting detail]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b. [Supporting detail]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      i. [Example]</w:t>
      </w:r>
    </w:p>
    <w:p>
      <w:pPr>
        <w:spacing w:before="160"/>
      </w:pPr>
      <w:r>
        <w:rPr>
          <w:b/>
          <w:i w:val="0"/>
          <w:color w:val="2255E0"/>
          <w:shd w:val="clear" w:color="auto" w:fill="FFF6D5"/>
        </w:rPr>
        <w:t>3. [Main idea]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a. [Supporting detail]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b. [Supporting detail]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      i. [Example]</w:t>
      </w:r>
    </w:p>
    <w:p>
      <w:pPr>
        <w:spacing w:before="160"/>
      </w:pPr>
      <w:r>
        <w:rPr>
          <w:b/>
          <w:i w:val="0"/>
          <w:color w:val="2255E0"/>
          <w:shd w:val="clear" w:color="auto" w:fill="FFF6D5"/>
        </w:rPr>
        <w:t>4. [Main idea]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a. [Supporting detail]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b. [Supporting detail]</w:t>
      </w:r>
    </w:p>
    <w:p>
      <w:r>
        <w:rPr>
          <w:b w:val="0"/>
          <w:i w:val="0"/>
          <w:color w:val="2255E0"/>
          <w:shd w:val="clear" w:color="auto" w:fill="FFF6D5"/>
        </w:rPr>
        <w:t xml:space="preserve">            i. [Example]</w:t>
      </w:r>
    </w:p>
    <w:p>
      <w:r>
        <w:br w:type="page"/>
      </w:r>
    </w:p>
    <w:p>
      <w:r>
        <w:rPr>
          <w:b/>
          <w:i w:val="0"/>
          <w:color w:val="7C5CFF"/>
          <w:sz w:val="32"/>
        </w:rPr>
        <w:t>Mind-map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3175"/>
        <w:gridCol w:w="3231"/>
      </w:tblGrid>
      <w:tr>
        <w:trPr>
          <w:trHeight w:val="4535"/>
        </w:trPr>
        <w:tc>
          <w:tcPr>
            <w:tcW w:type="dxa" w:w="323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  <w:r>
              <w:rPr>
                <w:b w:val="0"/>
                <w:color w:val="808799"/>
                <w:sz w:val="18"/>
              </w:rPr>
              <w:t>[branch]</w:t>
            </w:r>
          </w:p>
        </w:tc>
        <w:tc>
          <w:tcPr>
            <w:tcW w:type="dxa" w:w="317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  <w:r>
              <w:rPr>
                <w:b w:val="0"/>
                <w:color w:val="808799"/>
                <w:sz w:val="18"/>
              </w:rPr>
              <w:t>[branch]</w:t>
            </w:r>
          </w:p>
        </w:tc>
        <w:tc>
          <w:tcPr>
            <w:tcW w:type="dxa" w:w="323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  <w:r>
              <w:rPr>
                <w:b w:val="0"/>
                <w:color w:val="808799"/>
                <w:sz w:val="18"/>
              </w:rPr>
              <w:t>[branch]</w:t>
            </w:r>
          </w:p>
        </w:tc>
      </w:tr>
      <w:tr>
        <w:trPr>
          <w:trHeight w:val="2268"/>
        </w:trPr>
        <w:tc>
          <w:tcPr>
            <w:tcW w:type="dxa" w:w="323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  <w:r>
              <w:rPr>
                <w:b w:val="0"/>
                <w:color w:val="808799"/>
                <w:sz w:val="18"/>
              </w:rPr>
              <w:t>[branch]</w:t>
            </w:r>
          </w:p>
        </w:tc>
        <w:tc>
          <w:tcPr>
            <w:tcW w:type="dxa" w:w="317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  <w:shd w:val="clear" w:color="auto" w:fill="DCD3FF"/>
          </w:tcPr>
          <w:p>
            <w:pPr>
              <w:spacing w:after="0"/>
              <w:jc w:val="center"/>
            </w:pPr>
            <w:r>
              <w:rPr>
                <w:b/>
                <w:sz w:val="32"/>
              </w:rPr>
            </w:r>
            <w:r>
              <w:rPr>
                <w:sz w:val="20"/>
              </w:rPr>
              <w:t>[ TOPIC ]</w:t>
            </w:r>
          </w:p>
        </w:tc>
        <w:tc>
          <w:tcPr>
            <w:tcW w:type="dxa" w:w="323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  <w:r>
              <w:rPr>
                <w:b w:val="0"/>
                <w:color w:val="808799"/>
                <w:sz w:val="18"/>
              </w:rPr>
              <w:t>[branch]</w:t>
            </w:r>
          </w:p>
        </w:tc>
      </w:tr>
      <w:tr>
        <w:trPr>
          <w:trHeight w:val="4535"/>
        </w:trPr>
        <w:tc>
          <w:tcPr>
            <w:tcW w:type="dxa" w:w="323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  <w:r>
              <w:rPr>
                <w:b w:val="0"/>
                <w:color w:val="808799"/>
                <w:sz w:val="18"/>
              </w:rPr>
              <w:t>[branch]</w:t>
            </w:r>
          </w:p>
        </w:tc>
        <w:tc>
          <w:tcPr>
            <w:tcW w:type="dxa" w:w="317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  <w:r>
              <w:rPr>
                <w:b w:val="0"/>
                <w:color w:val="808799"/>
                <w:sz w:val="18"/>
              </w:rPr>
              <w:t>[branch]</w:t>
            </w:r>
          </w:p>
        </w:tc>
        <w:tc>
          <w:tcPr>
            <w:tcW w:type="dxa" w:w="323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</w:r>
            <w:r>
              <w:rPr>
                <w:b w:val="0"/>
                <w:color w:val="808799"/>
                <w:sz w:val="18"/>
              </w:rPr>
              <w:t>[branch]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Note-taking templates (Cornell, outline, mind-map)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