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Book report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Title · Author · Genre · Pages</w:t>
      </w:r>
    </w:p>
    <w:p>
      <w:pPr>
        <w:pBdr>
          <w:bottom w:val="single" w:sz="12" w:space="1" w:color="7C5CFF"/>
        </w:pBdr>
        <w:spacing w:after="120"/>
      </w:pPr>
    </w:p>
    <w:p>
      <w:pPr>
        <w:pStyle w:val="Heading3"/>
      </w:pPr>
      <w:r>
        <w:t>Summary (no spoilers!)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Main characters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Setting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Themes &amp; message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My favourite part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My opinion &amp; rating ☆☆☆☆☆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Would I recommend it? To whom?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