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trHeight w:val="2551"/>
        </w:trPr>
        <w:tc>
          <w:tcPr>
            <w:tcW w:type="dxa" w:w="226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  <w:shd w:val="clear" w:color="auto" w:fill="F4F6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6"/>
              </w:rPr>
              <w:t>Foto</w:t>
            </w:r>
          </w:p>
        </w:tc>
        <w:tc>
          <w:tcPr>
            <w:tcW w:type="dxa" w:w="7370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>
              <w:rPr>
                <w:b/>
                <w:sz w:val="44"/>
              </w:rPr>
            </w:r>
            <w:r>
              <w:rPr>
                <w:sz w:val="20"/>
              </w:rPr>
              <w:t>[Vorname Nachname]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[Straße Nr.] · [PLZ Ort] · [Telefon] · [E-Mail]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geboren am [Datum] in [Ort] · [Familienstand] · [Staatsangehörigkeit]</w:t>
            </w:r>
          </w:p>
        </w:tc>
      </w:tr>
    </w:tbl>
    <w:p>
      <w:pPr>
        <w:spacing w:before="160"/>
      </w:pPr>
      <w:r>
        <w:rPr>
          <w:b/>
          <w:i w:val="0"/>
          <w:color w:val="1B2A5B"/>
          <w:sz w:val="28"/>
        </w:rPr>
        <w:t>LEBENSLAUF</w:t>
      </w:r>
    </w:p>
    <w:p>
      <w:pPr>
        <w:pBdr>
          <w:bottom w:val="single" w:sz="12" w:space="1" w:color="1B2A5B"/>
        </w:pBdr>
        <w:spacing w:after="120"/>
      </w:pPr>
    </w:p>
    <w:p>
      <w:pPr>
        <w:spacing w:after="40" w:before="160"/>
      </w:pPr>
      <w:r>
        <w:rPr>
          <w:b/>
          <w:i w:val="0"/>
          <w:color w:val="1B2A5B"/>
        </w:rPr>
        <w:t>Berufserfahrung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[MM/JJJJ] – heute</w:t>
            </w:r>
          </w:p>
        </w:tc>
        <w:tc>
          <w:tcPr>
            <w:tcW w:type="dxa" w:w="7370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[Position], [Unternehmen], [Ort]</w:t>
              <w:br/>
              <w:t>[Aufgaben und Erfolge in Stichpunkten]</w:t>
            </w:r>
          </w:p>
        </w:tc>
      </w:tr>
      <w:tr>
        <w:tc>
          <w:tcPr>
            <w:tcW w:type="dxa" w:w="226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[MM/JJJJ] – [MM/JJJJ]</w:t>
            </w:r>
          </w:p>
        </w:tc>
        <w:tc>
          <w:tcPr>
            <w:tcW w:type="dxa" w:w="7370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[Position], [Unternehmen], [Ort]</w:t>
              <w:br/>
              <w:t>[Aufgaben und Erfolge]</w:t>
            </w:r>
          </w:p>
        </w:tc>
      </w:tr>
    </w:tbl>
    <w:p>
      <w:pPr>
        <w:spacing w:after="40" w:before="160"/>
      </w:pPr>
      <w:r>
        <w:rPr>
          <w:b/>
          <w:i w:val="0"/>
          <w:color w:val="1B2A5B"/>
        </w:rPr>
        <w:t>Ausbildung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[MM/JJJJ] – [MM/JJJJ]</w:t>
            </w:r>
          </w:p>
        </w:tc>
        <w:tc>
          <w:tcPr>
            <w:tcW w:type="dxa" w:w="7370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[Abschluss / Studiengang], [Hochschule / Schule], [Ort]</w:t>
              <w:br/>
              <w:t>Abschlussnote: [Note]</w:t>
            </w:r>
          </w:p>
        </w:tc>
      </w:tr>
    </w:tbl>
    <w:p>
      <w:pPr>
        <w:spacing w:after="40" w:before="160"/>
      </w:pPr>
      <w:r>
        <w:rPr>
          <w:b/>
          <w:i w:val="0"/>
          <w:color w:val="1B2A5B"/>
        </w:rPr>
        <w:t>Kenntnisse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Sprachen</w:t>
            </w:r>
          </w:p>
        </w:tc>
        <w:tc>
          <w:tcPr>
            <w:tcW w:type="dxa" w:w="7370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[Deutsch – Muttersprache, Englisch – verhandlungssicher]</w:t>
            </w:r>
          </w:p>
        </w:tc>
      </w:tr>
      <w:tr>
        <w:tc>
          <w:tcPr>
            <w:tcW w:type="dxa" w:w="226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EDV</w:t>
            </w:r>
          </w:p>
        </w:tc>
        <w:tc>
          <w:tcPr>
            <w:tcW w:type="dxa" w:w="7370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[MS Office, …]</w:t>
            </w:r>
          </w:p>
        </w:tc>
      </w:tr>
      <w:tr>
        <w:tc>
          <w:tcPr>
            <w:tcW w:type="dxa" w:w="226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Führerschein</w:t>
            </w:r>
          </w:p>
        </w:tc>
        <w:tc>
          <w:tcPr>
            <w:tcW w:type="dxa" w:w="7370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[Klasse B]</w:t>
            </w:r>
          </w:p>
        </w:tc>
      </w:tr>
    </w:tbl>
    <w:p>
      <w:pPr>
        <w:spacing w:after="40" w:before="160"/>
      </w:pPr>
      <w:r>
        <w:rPr>
          <w:b/>
          <w:i w:val="0"/>
          <w:color w:val="1B2A5B"/>
        </w:rPr>
        <w:t>Interessen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7370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[Hobbys, Ehrenamt]</w:t>
            </w:r>
          </w:p>
        </w:tc>
      </w:tr>
    </w:tbl>
    <w:p>
      <w:pPr>
        <w:spacing w:before="28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[Ort], [Datum]                                  ______________________</w:t>
      </w:r>
    </w:p>
    <w:p>
      <w:r>
        <w:rPr>
          <w:b w:val="0"/>
          <w:i w:val="0"/>
          <w:color w:val="808799"/>
          <w:sz w:val="16"/>
        </w:rPr>
        <w:t>Unterschrift</w:t>
      </w:r>
    </w:p>
    <w:p>
      <w:pPr>
        <w:spacing w:before="120"/>
      </w:pPr>
      <w:r>
        <w:rPr>
          <w:b w:val="0"/>
          <w:i/>
          <w:color w:val="808799"/>
          <w:sz w:val="16"/>
        </w:rPr>
        <w:t>Blau hinterlegter Text = durch eigene Angaben ersetzen. Hinweis vor dem Drucken löschen.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tabellarisch (German CV)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