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[Recipient name]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[Company / organisation]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[Street address]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[City, Postcode]</w:t>
      </w:r>
    </w:p>
    <w:p>
      <w:pPr>
        <w:spacing w:after="20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/>
          <w:i w:val="0"/>
        </w:rPr>
        <w:t>Thank you – [Job title] interview</w:t>
      </w:r>
    </w:p>
    <w:p>
      <w:pPr>
        <w:spacing w:after="160"/>
      </w:pPr>
      <w:r>
        <w:rPr>
          <w:b w:val="0"/>
          <w:i w:val="0"/>
        </w:rPr>
        <w:t>Dear [Name],</w:t>
      </w:r>
    </w:p>
    <w:p>
      <w:pPr>
        <w:spacing w:after="160"/>
        <w:jc w:val="both"/>
      </w:pPr>
      <w:r>
        <w:rPr>
          <w:b w:val="0"/>
          <w:i w:val="0"/>
        </w:rPr>
        <w:t>Thank you for taking the time to meet me [today / yesterday] to discuss the [Job title] position. I enjoyed learning more about [something specific discussed] and the team's plans for [project].</w:t>
      </w:r>
    </w:p>
    <w:p>
      <w:pPr>
        <w:spacing w:after="160"/>
        <w:jc w:val="both"/>
      </w:pPr>
      <w:r>
        <w:rPr>
          <w:b w:val="0"/>
          <w:i w:val="0"/>
        </w:rPr>
        <w:t>Our conversation confirmed my interest in the role. I was particularly excited by [aspect], and I believe my experience in [skill] would help with [challenge mentioned].</w:t>
      </w:r>
    </w:p>
    <w:p>
      <w:pPr>
        <w:spacing w:after="160"/>
        <w:jc w:val="both"/>
      </w:pPr>
      <w:r>
        <w:rPr>
          <w:b w:val="0"/>
          <w:i w:val="0"/>
        </w:rPr>
        <w:t>Please let me know if you need any further information. I look forward to hearing about the next steps.</w:t>
      </w:r>
    </w:p>
    <w:p>
      <w:pPr>
        <w:spacing w:before="80"/>
      </w:pPr>
      <w:r>
        <w:rPr>
          <w:b w:val="0"/>
          <w:i w:val="0"/>
        </w:rPr>
        <w:t>Kind regards,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thank-you note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