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  <w:color w:val="1B2A5B"/>
          <w:sz w:val="44"/>
        </w:rPr>
        <w:t>Travel request &amp; expense report</w:t>
      </w:r>
    </w:p>
    <w:p>
      <w:pPr>
        <w:spacing w:after="80"/>
      </w:pPr>
      <w:r>
        <w:rPr>
          <w:b w:val="0"/>
          <w:i w:val="0"/>
          <w:color w:val="808799"/>
          <w:sz w:val="20"/>
        </w:rPr>
        <w:t>[Company] · [Date]</w:t>
      </w:r>
    </w:p>
    <w:p>
      <w:pPr>
        <w:pBdr>
          <w:bottom w:val="single" w:sz="12" w:space="1" w:color="1B2A5B"/>
        </w:pBdr>
        <w:spacing w:after="120"/>
      </w:pPr>
    </w:p>
    <w:p>
      <w:pPr>
        <w:pStyle w:val="Heading2"/>
      </w:pPr>
      <w:r>
        <w:t>Traveller &amp; department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Purpose of trip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Destination &amp; dates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Estimated cost (transport · accommodation · meals · other)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Approval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Expense report (date · item · amount · receipt)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Total &amp; signature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spacing w:before="120"/>
      </w:pPr>
      <w:r>
        <w:rPr>
          <w:b w:val="0"/>
          <w:i/>
          <w:color w:val="808799"/>
          <w:sz w:val="16"/>
        </w:rPr>
        <w:t>Blue highlighted text = replace with your own. Delete this note before printing. Contract skeletons are starting points, not legal advice – have important agreements checked.</w:t>
      </w:r>
    </w:p>
    <w:sectPr w:rsidR="00FC693F" w:rsidRPr="0006063C" w:rsidSect="00034616">
      <w:footerReference w:type="default" r:id="rId9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08799"/>
        <w:sz w:val="16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2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32A3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Travel request &amp; expense report</dc:title>
  <dc:subject/>
  <dc:creator>free-printable.com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