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236"/>
        <w:gridCol w:w="3628"/>
      </w:tblGrid>
      <w:tr>
        <w:tc>
          <w:tcPr>
            <w:tcW w:type="dxa" w:w="623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[Your Company]</w:t>
              <w:br/>
              <w:t>[Street] · [City, Postcode]</w:t>
              <w:br/>
              <w:t>[Phone] · [E-mail] · [Website]</w:t>
            </w:r>
          </w:p>
        </w:tc>
        <w:tc>
          <w:tcPr>
            <w:tcW w:type="dxa" w:w="362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  <w:color w:val="0FA3B1"/>
                <w:sz w:val="52"/>
              </w:rPr>
            </w:r>
            <w:r>
              <w:rPr>
                <w:sz w:val="20"/>
              </w:rPr>
              <w:t>QUOTE</w:t>
            </w:r>
          </w:p>
        </w:tc>
      </w:tr>
    </w:tbl>
    <w:p>
      <w:pPr>
        <w:pBdr>
          <w:bottom w:val="single" w:sz="12" w:space="1" w:color="0FA3B1"/>
        </w:pBd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69"/>
        <w:gridCol w:w="4195"/>
      </w:tblGrid>
      <w:tr>
        <w:tc>
          <w:tcPr>
            <w:tcW w:type="dxa" w:w="566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Bill to:</w:t>
              <w:br/>
              <w:t>[Client name]</w:t>
              <w:br/>
              <w:t>[Company]</w:t>
              <w:br/>
              <w:t>[Address]</w:t>
              <w:br/>
              <w:t>[E-mail]</w:t>
            </w:r>
          </w:p>
        </w:tc>
        <w:tc>
          <w:tcPr>
            <w:tcW w:type="dxa" w:w="4195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Quote no.: [2026-001]</w:t>
              <w:br/>
              <w:t>Date: [date]</w:t>
              <w:br/>
              <w:t>Due date: [date]</w:t>
              <w:br/>
              <w:t>Reference: [PO / project]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5329"/>
        <w:gridCol w:w="1020"/>
        <w:gridCol w:w="1474"/>
        <w:gridCol w:w="1474"/>
      </w:tblGrid>
      <w:tr>
        <w:trPr>
          <w:trHeight w:val="454"/>
        </w:trPr>
        <w:tc>
          <w:tcPr>
            <w:tcW w:type="dxa" w:w="567"/>
            <w:shd w:val="clear" w:color="auto" w:fill="0FA3B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type="dxa" w:w="5329"/>
            <w:shd w:val="clear" w:color="auto" w:fill="0FA3B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020"/>
            <w:shd w:val="clear" w:color="auto" w:fill="0FA3B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Qty</w:t>
            </w:r>
          </w:p>
        </w:tc>
        <w:tc>
          <w:tcPr>
            <w:tcW w:type="dxa" w:w="1474"/>
            <w:shd w:val="clear" w:color="auto" w:fill="0FA3B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Unit price</w:t>
            </w:r>
          </w:p>
        </w:tc>
        <w:tc>
          <w:tcPr>
            <w:tcW w:type="dxa" w:w="1474"/>
            <w:shd w:val="clear" w:color="auto" w:fill="0FA3B1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b/>
                <w:color w:val="FFFFFF"/>
                <w:sz w:val="20"/>
              </w:rPr>
              <w:t>Amount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1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[Service or product description]</w:t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[1]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2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[Service or product description]</w:t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[1]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3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4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5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  <w:tr>
        <w:trPr>
          <w:trHeight w:val="510"/>
        </w:trPr>
        <w:tc>
          <w:tcPr>
            <w:tcW w:type="dxa" w:w="567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6</w:t>
            </w:r>
          </w:p>
        </w:tc>
        <w:tc>
          <w:tcPr>
            <w:tcW w:type="dxa" w:w="532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020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  <w:tc>
          <w:tcPr>
            <w:tcW w:type="dxa" w:w="1474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896"/>
        <w:gridCol w:w="2268"/>
        <w:gridCol w:w="1701"/>
      </w:tblGrid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Subtotal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Tax [20 %]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/>
            <w:r>
              <w:rPr>
                <w:sz w:val="20"/>
              </w:rPr>
              <w:t>[0.00]</w:t>
            </w:r>
          </w:p>
        </w:tc>
      </w:tr>
      <w:tr>
        <w:tc>
          <w:tcPr>
            <w:tcW w:type="dxa" w:w="5896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2268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</w:rPr>
            </w:r>
            <w:r>
              <w:rPr>
                <w:sz w:val="20"/>
              </w:rPr>
              <w:t>TOTAL</w:t>
            </w:r>
          </w:p>
        </w:tc>
        <w:tc>
          <w:tcPr>
            <w:tcW w:type="dxa" w:w="1701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  <w:jc w:val="right"/>
            </w:pPr>
            <w:r>
              <w:rPr>
                <w:b/>
              </w:rPr>
            </w:r>
            <w:r>
              <w:rPr>
                <w:sz w:val="20"/>
              </w:rPr>
              <w:t>[0.00]</w:t>
            </w:r>
          </w:p>
        </w:tc>
      </w:tr>
    </w:tbl>
    <w:p>
      <w:pPr>
        <w:spacing w:after="120"/>
      </w:pPr>
    </w:p>
    <w:p>
      <w:pPr>
        <w:spacing w:after="40"/>
      </w:pPr>
      <w:r>
        <w:rPr>
          <w:b/>
          <w:i w:val="0"/>
          <w:color w:val="0FA3B1"/>
        </w:rPr>
        <w:t>Payment details</w:t>
      </w:r>
    </w:p>
    <w:p>
      <w:r>
        <w:rPr>
          <w:b w:val="0"/>
          <w:i w:val="0"/>
          <w:color w:val="2255E0"/>
          <w:shd w:val="clear" w:color="auto" w:fill="FFF6D5"/>
        </w:rPr>
        <w:t>[Bank name] · IBAN [xxxx] · BIC [xxxx] · Account name [xxxx]</w:t>
      </w:r>
    </w:p>
    <w:p>
      <w:pPr>
        <w:spacing w:after="40" w:before="120"/>
      </w:pPr>
      <w:r>
        <w:rPr>
          <w:b/>
          <w:i w:val="0"/>
          <w:color w:val="0FA3B1"/>
        </w:rPr>
        <w:t>Terms</w:t>
      </w:r>
    </w:p>
    <w:p>
      <w:r>
        <w:rPr>
          <w:b w:val="0"/>
          <w:i w:val="0"/>
          <w:sz w:val="18"/>
        </w:rPr>
        <w:t>This quote is valid for 30 days. Prices exclude tax unless stated. Work starts on written acceptance.</w:t>
      </w:r>
    </w:p>
    <w:p>
      <w:pPr>
        <w:spacing w:before="200"/>
      </w:pPr>
      <w:r>
        <w:rPr>
          <w:b w:val="0"/>
          <w:i/>
          <w:color w:val="808799"/>
        </w:rPr>
        <w:t>Thank you for your business!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</w:t>
      </w:r>
    </w:p>
    <w:sectPr w:rsidR="00FC693F" w:rsidRPr="0006063C" w:rsidSect="00034616"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Quote / estimate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