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236"/>
        <w:gridCol w:w="3628"/>
      </w:tblGrid>
      <w:tr>
        <w:tc>
          <w:tcPr>
            <w:tcW w:type="dxa" w:w="623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[Your Company]</w:t>
              <w:br/>
              <w:t>[Street] · [City, Postcode]</w:t>
              <w:br/>
              <w:t>[Phone] · [E-mail] · [Website]</w:t>
            </w:r>
          </w:p>
        </w:tc>
        <w:tc>
          <w:tcPr>
            <w:tcW w:type="dxa" w:w="362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  <w:color w:val="7C5CFF"/>
                <w:sz w:val="52"/>
              </w:rPr>
            </w:r>
            <w:r>
              <w:rPr>
                <w:sz w:val="20"/>
              </w:rPr>
              <w:t>PURCHASE ORDER</w:t>
            </w:r>
          </w:p>
        </w:tc>
      </w:tr>
    </w:tbl>
    <w:p>
      <w:pPr>
        <w:pBdr>
          <w:bottom w:val="single" w:sz="12" w:space="1" w:color="7C5CFF"/>
        </w:pBd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69"/>
        <w:gridCol w:w="4195"/>
      </w:tblGrid>
      <w:tr>
        <w:tc>
          <w:tcPr>
            <w:tcW w:type="dxa" w:w="566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Bill to:</w:t>
              <w:br/>
              <w:t>[Client name]</w:t>
              <w:br/>
              <w:t>[Company]</w:t>
              <w:br/>
              <w:t>[Address]</w:t>
              <w:br/>
              <w:t>[E-mail]</w:t>
            </w:r>
          </w:p>
        </w:tc>
        <w:tc>
          <w:tcPr>
            <w:tcW w:type="dxa" w:w="4195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PO no.: [2026-001]</w:t>
              <w:br/>
              <w:t>Date: [date]</w:t>
              <w:br/>
              <w:t>Due date: [date]</w:t>
              <w:br/>
              <w:t>Reference: [PO / project]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5329"/>
        <w:gridCol w:w="1020"/>
        <w:gridCol w:w="1474"/>
        <w:gridCol w:w="1474"/>
      </w:tblGrid>
      <w:tr>
        <w:trPr>
          <w:trHeight w:val="454"/>
        </w:trPr>
        <w:tc>
          <w:tcPr>
            <w:tcW w:type="dxa" w:w="567"/>
            <w:shd w:val="clear" w:color="auto" w:fill="7C5CFF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type="dxa" w:w="5329"/>
            <w:shd w:val="clear" w:color="auto" w:fill="7C5CFF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020"/>
            <w:shd w:val="clear" w:color="auto" w:fill="7C5CFF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Qty</w:t>
            </w:r>
          </w:p>
        </w:tc>
        <w:tc>
          <w:tcPr>
            <w:tcW w:type="dxa" w:w="1474"/>
            <w:shd w:val="clear" w:color="auto" w:fill="7C5CFF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Unit price</w:t>
            </w:r>
          </w:p>
        </w:tc>
        <w:tc>
          <w:tcPr>
            <w:tcW w:type="dxa" w:w="1474"/>
            <w:shd w:val="clear" w:color="auto" w:fill="7C5CFF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Amount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1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[Service or product description]</w:t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[1]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2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[Service or product description]</w:t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[1]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3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4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5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6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896"/>
        <w:gridCol w:w="2268"/>
        <w:gridCol w:w="1701"/>
      </w:tblGrid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Subtotal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Tax [20 %]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</w:rPr>
            </w:r>
            <w:r>
              <w:rPr>
                <w:sz w:val="20"/>
              </w:rPr>
              <w:t>TOTAL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</w:rPr>
            </w:r>
            <w:r>
              <w:rPr>
                <w:sz w:val="20"/>
              </w:rPr>
              <w:t>[0.00]</w:t>
            </w:r>
          </w:p>
        </w:tc>
      </w:tr>
    </w:tbl>
    <w:p>
      <w:pPr>
        <w:spacing w:after="120"/>
      </w:pPr>
    </w:p>
    <w:p>
      <w:pPr>
        <w:spacing w:after="40"/>
      </w:pPr>
      <w:r>
        <w:rPr>
          <w:b/>
          <w:i w:val="0"/>
          <w:color w:val="7C5CFF"/>
        </w:rPr>
        <w:t>Payment details</w:t>
      </w:r>
    </w:p>
    <w:p>
      <w:r>
        <w:rPr>
          <w:b w:val="0"/>
          <w:i w:val="0"/>
          <w:color w:val="2255E0"/>
          <w:shd w:val="clear" w:color="auto" w:fill="FFF6D5"/>
        </w:rPr>
        <w:t>[Bank name] · IBAN [xxxx] · BIC [xxxx] · Account name [xxxx]</w:t>
      </w:r>
    </w:p>
    <w:p>
      <w:pPr>
        <w:spacing w:after="40" w:before="120"/>
      </w:pPr>
      <w:r>
        <w:rPr>
          <w:b/>
          <w:i w:val="0"/>
          <w:color w:val="7C5CFF"/>
        </w:rPr>
        <w:t>Terms</w:t>
      </w:r>
    </w:p>
    <w:p>
      <w:r>
        <w:rPr>
          <w:b w:val="0"/>
          <w:i w:val="0"/>
          <w:sz w:val="18"/>
        </w:rPr>
        <w:t>Deliver to: [address]. Required by: [date]. Please confirm receipt of this order and quote the PO number on your invoice.</w:t>
      </w:r>
    </w:p>
    <w:p>
      <w:pPr>
        <w:spacing w:before="200"/>
      </w:pPr>
      <w:r>
        <w:rPr>
          <w:b w:val="0"/>
          <w:i/>
          <w:color w:val="808799"/>
        </w:rPr>
        <w:t>Thank you for your business!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</w:t>
      </w:r>
    </w:p>
    <w:sectPr w:rsidR="00FC693F" w:rsidRPr="0006063C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Purchase order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