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Project status report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2"/>
      </w:pPr>
      <w:r>
        <w:t>Overall status: [Green / Amber / Red] – [one-line reason]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Progress this period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Planned for next period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Milestones (planned vs actual)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Budget (planned vs actual)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Risks &amp; issues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Decisions needed from sponsor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 Contract skeletons are starting points, not legal advice – have important agreements checked.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status report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