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Project brief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Background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Objectives (SMART)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Scope – in / out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Deliverables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Target audience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Budget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Timeline &amp; milestones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Stakeholders &amp; roles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Risks &amp; assumptions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Approval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brief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