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Performance review form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Employee &amp; reviewer details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Review of last period's goals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Key achievements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Competency ratings (1–5): quality · teamwork · communication · initiative · reliability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Areas for development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Goals for next period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Training &amp; support needed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Overall rating &amp; comments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Signatures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Party A</w:t>
            </w:r>
          </w:p>
        </w:tc>
        <w:tc>
          <w:tcPr>
            <w:tcW w:type="dxa" w:w="481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Party B</w:t>
            </w:r>
          </w:p>
        </w:tc>
      </w:tr>
      <w:tr>
        <w:tc>
          <w:tcPr>
            <w:tcW w:type="dxa" w:w="481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Name: [ ]</w:t>
              <w:br/>
              <w:t>Title: [ ]</w:t>
              <w:br/>
              <w:t>Signature: ____________</w:t>
              <w:br/>
              <w:t>Date: [ ]</w:t>
            </w:r>
          </w:p>
        </w:tc>
        <w:tc>
          <w:tcPr>
            <w:tcW w:type="dxa" w:w="481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Name: [ ]</w:t>
              <w:br/>
              <w:t>Title: [ ]</w:t>
              <w:br/>
              <w:t>Signature: ____________</w:t>
              <w:br/>
              <w:t>Date: [ ]</w:t>
            </w:r>
          </w:p>
        </w:tc>
      </w:tr>
    </w:tbl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 form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