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Packing List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[Company] · [Date]</w:t>
      </w:r>
    </w:p>
    <w:p>
      <w:pPr>
        <w:pBdr>
          <w:bottom w:val="single" w:sz="12" w:space="1" w:color="1B2A5B"/>
        </w:pBd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493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Ship from:</w:t>
              <w:br/>
              <w:t>[Company, address]</w:t>
            </w:r>
          </w:p>
        </w:tc>
        <w:tc>
          <w:tcPr>
            <w:tcW w:type="dxa" w:w="493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Ship to:</w:t>
              <w:br/>
              <w:t>[Customer, address]</w:t>
            </w:r>
          </w:p>
        </w:tc>
      </w:tr>
      <w:tr>
        <w:tc>
          <w:tcPr>
            <w:tcW w:type="dxa" w:w="493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Order no.: [ ]  ·  Invoice no.: [ ]</w:t>
            </w:r>
          </w:p>
        </w:tc>
        <w:tc>
          <w:tcPr>
            <w:tcW w:type="dxa" w:w="493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Carrier: [ ]  ·  Tracking: [ 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"/>
        <w:gridCol w:w="1701"/>
        <w:gridCol w:w="3742"/>
        <w:gridCol w:w="1134"/>
        <w:gridCol w:w="1134"/>
        <w:gridCol w:w="1134"/>
      </w:tblGrid>
      <w:tr>
        <w:trPr>
          <w:trHeight w:val="454"/>
        </w:trPr>
        <w:tc>
          <w:tcPr>
            <w:tcW w:type="dxa" w:w="1020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Carton</w:t>
            </w:r>
          </w:p>
        </w:tc>
        <w:tc>
          <w:tcPr>
            <w:tcW w:type="dxa" w:w="1701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Item / SKU</w:t>
            </w:r>
          </w:p>
        </w:tc>
        <w:tc>
          <w:tcPr>
            <w:tcW w:type="dxa" w:w="3742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134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Qty ordered</w:t>
            </w:r>
          </w:p>
        </w:tc>
        <w:tc>
          <w:tcPr>
            <w:tcW w:type="dxa" w:w="1134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Qty shipped</w:t>
            </w:r>
          </w:p>
        </w:tc>
        <w:tc>
          <w:tcPr>
            <w:tcW w:type="dxa" w:w="1134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Weight</w:t>
            </w:r>
          </w:p>
        </w:tc>
      </w:tr>
      <w:tr>
        <w:trPr>
          <w:trHeight w:val="454"/>
        </w:trPr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374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374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374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374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374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374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374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374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374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374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 w:val="0"/>
          <w:i w:val="0"/>
        </w:rPr>
        <w:t>Packed by: __________   Checked by: __________   Total cartons: ____   Total weight: ______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Packing list (shipping)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