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Non-disclosure agreement (NDA) outline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[Company]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2"/>
      </w:pPr>
      <w:r>
        <w:t>1. Parties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2. Purpose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3. Definition of confidential information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4. Obligations of the receiving party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5. Exclusions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6. Term &amp; return of information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7. Remedies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8. General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p>
      <w:pPr>
        <w:pStyle w:val="Heading2"/>
      </w:pPr>
      <w:r>
        <w:t>9. Signatures</w:t>
      </w:r>
    </w:p>
    <w:p>
      <w:pPr>
        <w:spacing w:after="120"/>
      </w:pPr>
      <w:r>
        <w:rPr>
          <w:b w:val="0"/>
          <w:i w:val="0"/>
          <w:color w:val="2255E0"/>
          <w:shd w:val="clear" w:color="auto" w:fill="FFF6D5"/>
        </w:rPr>
        <w:t>[ … 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Party A</w:t>
            </w:r>
          </w:p>
        </w:tc>
        <w:tc>
          <w:tcPr>
            <w:tcW w:type="dxa" w:w="4819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Party B</w:t>
            </w:r>
          </w:p>
        </w:tc>
      </w:tr>
      <w:tr>
        <w:tc>
          <w:tcPr>
            <w:tcW w:type="dxa" w:w="481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Name: [ ]</w:t>
              <w:br/>
              <w:t>Title: [ ]</w:t>
              <w:br/>
              <w:t>Signature: ____________</w:t>
              <w:br/>
              <w:t>Date: [ ]</w:t>
            </w:r>
          </w:p>
        </w:tc>
        <w:tc>
          <w:tcPr>
            <w:tcW w:type="dxa" w:w="4819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Name: [ ]</w:t>
              <w:br/>
              <w:t>Title: [ ]</w:t>
              <w:br/>
              <w:t>Signature: ____________</w:t>
              <w:br/>
              <w:t>Date: [ ]</w:t>
            </w:r>
          </w:p>
        </w:tc>
      </w:tr>
    </w:tbl>
    <w:p>
      <w:pPr>
        <w:spacing w:before="120"/>
      </w:pPr>
      <w:r>
        <w:rPr>
          <w:b w:val="0"/>
          <w:i/>
          <w:color w:val="808799"/>
          <w:sz w:val="16"/>
        </w:rPr>
        <w:t>Blue highlighted text = replace with your own. Delete this note before printing. Contract skeletons are starting points, not legal advice – have important agreements checked.</w:t>
      </w:r>
    </w:p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Non-disclosure agreement (NDA) outline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