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236"/>
        <w:gridCol w:w="3628"/>
      </w:tblGrid>
      <w:tr>
        <w:tc>
          <w:tcPr>
            <w:tcW w:type="dxa" w:w="623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[Your Company]</w:t>
              <w:br/>
              <w:t>[Street] · [City, Postcode]</w:t>
              <w:br/>
              <w:t>[Phone] · [E-mail] · [Website]</w:t>
            </w:r>
          </w:p>
        </w:tc>
        <w:tc>
          <w:tcPr>
            <w:tcW w:type="dxa" w:w="362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  <w:color w:val="1B2A5B"/>
                <w:sz w:val="52"/>
              </w:rPr>
            </w:r>
            <w:r>
              <w:rPr>
                <w:sz w:val="20"/>
              </w:rPr>
              <w:t>INVOICE</w:t>
            </w:r>
          </w:p>
        </w:tc>
      </w:tr>
    </w:tbl>
    <w:p>
      <w:pPr>
        <w:pBdr>
          <w:bottom w:val="single" w:sz="12" w:space="1" w:color="1B2A5B"/>
        </w:pBd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69"/>
        <w:gridCol w:w="4195"/>
      </w:tblGrid>
      <w:tr>
        <w:tc>
          <w:tcPr>
            <w:tcW w:type="dxa" w:w="566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Bill to:</w:t>
              <w:br/>
              <w:t>[Client name]</w:t>
              <w:br/>
              <w:t>[Company]</w:t>
              <w:br/>
              <w:t>[Address]</w:t>
              <w:br/>
              <w:t>[E-mail]</w:t>
            </w:r>
          </w:p>
        </w:tc>
        <w:tc>
          <w:tcPr>
            <w:tcW w:type="dxa" w:w="4195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Invoice no.: [2026-001]</w:t>
              <w:br/>
              <w:t>Date: [date]</w:t>
              <w:br/>
              <w:t>Due date: [date]</w:t>
              <w:br/>
              <w:t>Reference: [PO / project]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5329"/>
        <w:gridCol w:w="1020"/>
        <w:gridCol w:w="1474"/>
        <w:gridCol w:w="1474"/>
      </w:tblGrid>
      <w:tr>
        <w:trPr>
          <w:trHeight w:val="454"/>
        </w:trPr>
        <w:tc>
          <w:tcPr>
            <w:tcW w:type="dxa" w:w="567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532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020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147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Unit price</w:t>
            </w:r>
          </w:p>
        </w:tc>
        <w:tc>
          <w:tcPr>
            <w:tcW w:type="dxa" w:w="147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1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2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3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4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5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6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896"/>
        <w:gridCol w:w="2268"/>
        <w:gridCol w:w="1701"/>
      </w:tblGrid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Subtotal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Tax [20 %]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[0.00]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b/>
          <w:i w:val="0"/>
          <w:color w:val="1B2A5B"/>
        </w:rPr>
        <w:t>Payment details</w:t>
      </w:r>
    </w:p>
    <w:p>
      <w:r>
        <w:rPr>
          <w:b w:val="0"/>
          <w:i w:val="0"/>
          <w:color w:val="2255E0"/>
          <w:shd w:val="clear" w:color="auto" w:fill="FFF6D5"/>
        </w:rPr>
        <w:t>[Bank name] · IBAN [xxxx] · BIC [xxxx] · Account name [xxxx]</w:t>
      </w:r>
    </w:p>
    <w:p>
      <w:pPr>
        <w:spacing w:after="40" w:before="120"/>
      </w:pPr>
      <w:r>
        <w:rPr>
          <w:b/>
          <w:i w:val="0"/>
          <w:color w:val="1B2A5B"/>
        </w:rPr>
        <w:t>Terms</w:t>
      </w:r>
    </w:p>
    <w:p>
      <w:r>
        <w:rPr>
          <w:b w:val="0"/>
          <w:i w:val="0"/>
          <w:sz w:val="18"/>
        </w:rPr>
        <w:t>Payment due within 30 days. Please quote the number above with your payment.</w:t>
      </w:r>
    </w:p>
    <w:p>
      <w:pPr>
        <w:spacing w:before="200"/>
      </w:pPr>
      <w:r>
        <w:rPr>
          <w:b w:val="0"/>
          <w:i/>
          <w:color w:val="808799"/>
        </w:rPr>
        <w:t>Thank you for your business!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</w:t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